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0FE" w:rsidRPr="005730FE" w:rsidRDefault="005730FE" w:rsidP="005730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bookmarkStart w:id="0" w:name="_GoBack"/>
      <w:r w:rsidRPr="005730FE">
        <w:rPr>
          <w:rFonts w:ascii="Times New Roman" w:eastAsia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5036719" cy="7119620"/>
            <wp:effectExtent l="0" t="0" r="0" b="5080"/>
            <wp:docPr id="2" name="Рисунок 2" descr="C:\Users\Zi3\Desktop\ОДНК\Scan_20240826_154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Zi3\Desktop\ОДНК\Scan_20240826_15475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3296" cy="7128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Default="005730FE" w:rsidP="005730FE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5730FE" w:rsidRPr="003A1B29" w:rsidRDefault="005730FE" w:rsidP="003A1B29">
      <w:pPr>
        <w:autoSpaceDE w:val="0"/>
        <w:autoSpaceDN w:val="0"/>
        <w:spacing w:before="240"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val="ru-RU"/>
        </w:rPr>
      </w:pPr>
    </w:p>
    <w:p w:rsidR="005730FE" w:rsidRPr="003A1B29" w:rsidRDefault="005730FE" w:rsidP="003A1B29">
      <w:pPr>
        <w:autoSpaceDE w:val="0"/>
        <w:autoSpaceDN w:val="0"/>
        <w:spacing w:before="240" w:after="0" w:line="240" w:lineRule="auto"/>
        <w:jc w:val="center"/>
        <w:rPr>
          <w:sz w:val="28"/>
          <w:szCs w:val="28"/>
          <w:lang w:val="ru-RU"/>
        </w:rPr>
      </w:pPr>
      <w:r w:rsidRPr="003A1B2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МИНИСТЕРСТВО ПРОСВЕЩЕНИЯ РОССИЙСКОЙ ФЕДЕРАЦИИ</w:t>
      </w:r>
    </w:p>
    <w:p w:rsidR="00712BEA" w:rsidRPr="003A1B29" w:rsidRDefault="00F16412" w:rsidP="003A1B29">
      <w:pPr>
        <w:autoSpaceDE w:val="0"/>
        <w:autoSpaceDN w:val="0"/>
        <w:spacing w:before="240" w:after="0" w:line="240" w:lineRule="auto"/>
        <w:ind w:right="2284"/>
        <w:jc w:val="center"/>
        <w:rPr>
          <w:sz w:val="28"/>
          <w:szCs w:val="28"/>
          <w:lang w:val="ru-RU"/>
        </w:rPr>
      </w:pPr>
      <w:r w:rsidRPr="003A1B2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Министерство образования и науки Алтайского края</w:t>
      </w:r>
    </w:p>
    <w:p w:rsidR="00712BEA" w:rsidRPr="003A1B29" w:rsidRDefault="00F16412" w:rsidP="003A1B29">
      <w:pPr>
        <w:autoSpaceDE w:val="0"/>
        <w:autoSpaceDN w:val="0"/>
        <w:spacing w:before="240" w:after="0" w:line="240" w:lineRule="auto"/>
        <w:ind w:right="2646"/>
        <w:jc w:val="center"/>
        <w:rPr>
          <w:sz w:val="28"/>
          <w:szCs w:val="28"/>
          <w:lang w:val="ru-RU"/>
        </w:rPr>
      </w:pPr>
      <w:r w:rsidRPr="003A1B2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Комитет по образованию Калманского района</w:t>
      </w:r>
    </w:p>
    <w:p w:rsidR="00712BEA" w:rsidRPr="003A1B29" w:rsidRDefault="00F16412" w:rsidP="003A1B29">
      <w:pPr>
        <w:autoSpaceDE w:val="0"/>
        <w:autoSpaceDN w:val="0"/>
        <w:spacing w:before="240" w:after="1376" w:line="240" w:lineRule="auto"/>
        <w:ind w:right="3656"/>
        <w:jc w:val="center"/>
        <w:rPr>
          <w:sz w:val="28"/>
          <w:szCs w:val="28"/>
          <w:lang w:val="ru-RU"/>
        </w:rPr>
      </w:pPr>
      <w:r w:rsidRPr="003A1B2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МБОУ Зимаревская СОШ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922"/>
        <w:gridCol w:w="3740"/>
        <w:gridCol w:w="3480"/>
      </w:tblGrid>
      <w:tr w:rsidR="00712BEA">
        <w:trPr>
          <w:trHeight w:hRule="exact" w:val="274"/>
        </w:trPr>
        <w:tc>
          <w:tcPr>
            <w:tcW w:w="2922" w:type="dxa"/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4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РАССМОТРЕНО</w:t>
            </w:r>
          </w:p>
        </w:tc>
        <w:tc>
          <w:tcPr>
            <w:tcW w:w="3740" w:type="dxa"/>
            <w:tcMar>
              <w:left w:w="0" w:type="dxa"/>
              <w:right w:w="0" w:type="dxa"/>
            </w:tcMar>
          </w:tcPr>
          <w:p w:rsidR="00712BEA" w:rsidRDefault="00712BEA">
            <w:pPr>
              <w:autoSpaceDE w:val="0"/>
              <w:autoSpaceDN w:val="0"/>
              <w:spacing w:before="48" w:after="0" w:line="230" w:lineRule="auto"/>
              <w:ind w:left="596"/>
            </w:pPr>
          </w:p>
        </w:tc>
        <w:tc>
          <w:tcPr>
            <w:tcW w:w="3480" w:type="dxa"/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48" w:after="0" w:line="230" w:lineRule="auto"/>
              <w:ind w:left="372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УТВЕРЖДЕНО</w:t>
            </w:r>
          </w:p>
        </w:tc>
      </w:tr>
      <w:tr w:rsidR="00712BEA" w:rsidRPr="005730FE">
        <w:trPr>
          <w:trHeight w:hRule="exact" w:val="200"/>
        </w:trPr>
        <w:tc>
          <w:tcPr>
            <w:tcW w:w="2922" w:type="dxa"/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102"/>
                <w:sz w:val="20"/>
              </w:rPr>
              <w:t>на заседании МО учителей</w:t>
            </w:r>
          </w:p>
        </w:tc>
        <w:tc>
          <w:tcPr>
            <w:tcW w:w="3740" w:type="dxa"/>
            <w:tcMar>
              <w:left w:w="0" w:type="dxa"/>
              <w:right w:w="0" w:type="dxa"/>
            </w:tcMar>
          </w:tcPr>
          <w:p w:rsidR="00712BEA" w:rsidRDefault="00712BEA">
            <w:pPr>
              <w:autoSpaceDE w:val="0"/>
              <w:autoSpaceDN w:val="0"/>
              <w:spacing w:after="0" w:line="230" w:lineRule="auto"/>
              <w:ind w:left="596"/>
            </w:pPr>
          </w:p>
        </w:tc>
        <w:tc>
          <w:tcPr>
            <w:tcW w:w="3480" w:type="dxa"/>
            <w:tcMar>
              <w:left w:w="0" w:type="dxa"/>
              <w:right w:w="0" w:type="dxa"/>
            </w:tcMar>
          </w:tcPr>
          <w:p w:rsidR="00712BEA" w:rsidRPr="00C70CCA" w:rsidRDefault="00C70CCA" w:rsidP="00C70CCA">
            <w:pPr>
              <w:autoSpaceDE w:val="0"/>
              <w:autoSpaceDN w:val="0"/>
              <w:spacing w:after="0" w:line="230" w:lineRule="auto"/>
              <w:ind w:left="372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П</w:t>
            </w:r>
            <w:r w:rsidR="00F16412"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риказ</w:t>
            </w:r>
            <w:r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и. о.</w:t>
            </w:r>
            <w:r w:rsidR="00F16412"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директора МБОУ</w:t>
            </w:r>
          </w:p>
        </w:tc>
      </w:tr>
      <w:tr w:rsidR="00712BEA" w:rsidRPr="00C70CCA">
        <w:trPr>
          <w:trHeight w:hRule="exact" w:val="400"/>
        </w:trPr>
        <w:tc>
          <w:tcPr>
            <w:tcW w:w="2922" w:type="dxa"/>
            <w:vMerge w:val="restart"/>
            <w:tcMar>
              <w:left w:w="0" w:type="dxa"/>
              <w:right w:w="0" w:type="dxa"/>
            </w:tcMar>
          </w:tcPr>
          <w:p w:rsidR="00712BEA" w:rsidRPr="00C70CCA" w:rsidRDefault="00F16412">
            <w:pPr>
              <w:autoSpaceDE w:val="0"/>
              <w:autoSpaceDN w:val="0"/>
              <w:spacing w:before="198" w:after="0" w:line="230" w:lineRule="auto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______________________</w:t>
            </w:r>
          </w:p>
        </w:tc>
        <w:tc>
          <w:tcPr>
            <w:tcW w:w="3740" w:type="dxa"/>
            <w:vMerge w:val="restart"/>
            <w:tcMar>
              <w:left w:w="0" w:type="dxa"/>
              <w:right w:w="0" w:type="dxa"/>
            </w:tcMar>
          </w:tcPr>
          <w:p w:rsidR="00712BEA" w:rsidRPr="00C70CCA" w:rsidRDefault="00712BEA">
            <w:pPr>
              <w:autoSpaceDE w:val="0"/>
              <w:autoSpaceDN w:val="0"/>
              <w:spacing w:before="198" w:after="0" w:line="230" w:lineRule="auto"/>
              <w:ind w:left="596"/>
              <w:rPr>
                <w:lang w:val="ru-RU"/>
              </w:rPr>
            </w:pPr>
          </w:p>
        </w:tc>
        <w:tc>
          <w:tcPr>
            <w:tcW w:w="3480" w:type="dxa"/>
            <w:tcMar>
              <w:left w:w="0" w:type="dxa"/>
              <w:right w:w="0" w:type="dxa"/>
            </w:tcMar>
          </w:tcPr>
          <w:p w:rsidR="00712BEA" w:rsidRPr="00C70CCA" w:rsidRDefault="00F16412">
            <w:pPr>
              <w:autoSpaceDE w:val="0"/>
              <w:autoSpaceDN w:val="0"/>
              <w:spacing w:after="0" w:line="230" w:lineRule="auto"/>
              <w:ind w:left="372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Зимаревская СОШ</w:t>
            </w:r>
          </w:p>
        </w:tc>
      </w:tr>
      <w:tr w:rsidR="00712BEA" w:rsidRPr="00C70CCA">
        <w:trPr>
          <w:trHeight w:hRule="exact" w:val="116"/>
        </w:trPr>
        <w:tc>
          <w:tcPr>
            <w:tcW w:w="3431" w:type="dxa"/>
            <w:vMerge/>
          </w:tcPr>
          <w:p w:rsidR="00712BEA" w:rsidRPr="00C70CCA" w:rsidRDefault="00712BEA">
            <w:pPr>
              <w:rPr>
                <w:lang w:val="ru-RU"/>
              </w:rPr>
            </w:pPr>
          </w:p>
        </w:tc>
        <w:tc>
          <w:tcPr>
            <w:tcW w:w="3431" w:type="dxa"/>
            <w:vMerge/>
          </w:tcPr>
          <w:p w:rsidR="00712BEA" w:rsidRPr="00C70CCA" w:rsidRDefault="00712BEA">
            <w:pPr>
              <w:rPr>
                <w:lang w:val="ru-RU"/>
              </w:rPr>
            </w:pPr>
          </w:p>
        </w:tc>
        <w:tc>
          <w:tcPr>
            <w:tcW w:w="3480" w:type="dxa"/>
            <w:vMerge w:val="restart"/>
            <w:tcMar>
              <w:left w:w="0" w:type="dxa"/>
              <w:right w:w="0" w:type="dxa"/>
            </w:tcMar>
          </w:tcPr>
          <w:p w:rsidR="00712BEA" w:rsidRPr="00C70CCA" w:rsidRDefault="00F16412" w:rsidP="00C70CCA">
            <w:pPr>
              <w:autoSpaceDE w:val="0"/>
              <w:autoSpaceDN w:val="0"/>
              <w:spacing w:before="2" w:after="0" w:line="230" w:lineRule="auto"/>
              <w:ind w:left="372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______________</w:t>
            </w:r>
            <w:r w:rsid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Л. А. Проничкина</w:t>
            </w: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.</w:t>
            </w:r>
          </w:p>
        </w:tc>
      </w:tr>
      <w:tr w:rsidR="00712BEA" w:rsidRPr="00C70CCA">
        <w:trPr>
          <w:trHeight w:hRule="exact" w:val="304"/>
        </w:trPr>
        <w:tc>
          <w:tcPr>
            <w:tcW w:w="2922" w:type="dxa"/>
            <w:tcMar>
              <w:left w:w="0" w:type="dxa"/>
              <w:right w:w="0" w:type="dxa"/>
            </w:tcMar>
          </w:tcPr>
          <w:p w:rsidR="00712BEA" w:rsidRPr="00C70CCA" w:rsidRDefault="00F16412">
            <w:pPr>
              <w:autoSpaceDE w:val="0"/>
              <w:autoSpaceDN w:val="0"/>
              <w:spacing w:before="78" w:after="0" w:line="230" w:lineRule="auto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Протокол №____</w:t>
            </w:r>
          </w:p>
        </w:tc>
        <w:tc>
          <w:tcPr>
            <w:tcW w:w="3740" w:type="dxa"/>
            <w:tcMar>
              <w:left w:w="0" w:type="dxa"/>
              <w:right w:w="0" w:type="dxa"/>
            </w:tcMar>
          </w:tcPr>
          <w:p w:rsidR="00712BEA" w:rsidRPr="00C70CCA" w:rsidRDefault="00712BEA">
            <w:pPr>
              <w:autoSpaceDE w:val="0"/>
              <w:autoSpaceDN w:val="0"/>
              <w:spacing w:before="78" w:after="0" w:line="230" w:lineRule="auto"/>
              <w:ind w:left="596"/>
              <w:rPr>
                <w:lang w:val="ru-RU"/>
              </w:rPr>
            </w:pPr>
          </w:p>
        </w:tc>
        <w:tc>
          <w:tcPr>
            <w:tcW w:w="3431" w:type="dxa"/>
            <w:vMerge/>
          </w:tcPr>
          <w:p w:rsidR="00712BEA" w:rsidRPr="00C70CCA" w:rsidRDefault="00712BEA">
            <w:pPr>
              <w:rPr>
                <w:lang w:val="ru-RU"/>
              </w:rPr>
            </w:pPr>
          </w:p>
        </w:tc>
      </w:tr>
      <w:tr w:rsidR="00712BEA" w:rsidRPr="00C70CCA">
        <w:trPr>
          <w:trHeight w:hRule="exact" w:val="300"/>
        </w:trPr>
        <w:tc>
          <w:tcPr>
            <w:tcW w:w="2922" w:type="dxa"/>
            <w:vMerge w:val="restart"/>
            <w:tcMar>
              <w:left w:w="0" w:type="dxa"/>
              <w:right w:w="0" w:type="dxa"/>
            </w:tcMar>
          </w:tcPr>
          <w:p w:rsidR="00712BEA" w:rsidRPr="00C70CCA" w:rsidRDefault="00F16412" w:rsidP="00C70CCA">
            <w:pPr>
              <w:autoSpaceDE w:val="0"/>
              <w:autoSpaceDN w:val="0"/>
              <w:spacing w:before="194" w:after="0" w:line="230" w:lineRule="auto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от "____" _______202</w:t>
            </w:r>
            <w:r w:rsid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4</w:t>
            </w: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г.</w:t>
            </w:r>
          </w:p>
        </w:tc>
        <w:tc>
          <w:tcPr>
            <w:tcW w:w="3740" w:type="dxa"/>
            <w:vMerge w:val="restart"/>
            <w:tcMar>
              <w:left w:w="0" w:type="dxa"/>
              <w:right w:w="0" w:type="dxa"/>
            </w:tcMar>
          </w:tcPr>
          <w:p w:rsidR="00712BEA" w:rsidRPr="00C70CCA" w:rsidRDefault="00712BEA" w:rsidP="005B241C">
            <w:pPr>
              <w:autoSpaceDE w:val="0"/>
              <w:autoSpaceDN w:val="0"/>
              <w:spacing w:before="194" w:after="0" w:line="230" w:lineRule="auto"/>
              <w:ind w:left="596"/>
              <w:rPr>
                <w:lang w:val="ru-RU"/>
              </w:rPr>
            </w:pPr>
          </w:p>
        </w:tc>
        <w:tc>
          <w:tcPr>
            <w:tcW w:w="3480" w:type="dxa"/>
            <w:tcMar>
              <w:left w:w="0" w:type="dxa"/>
              <w:right w:w="0" w:type="dxa"/>
            </w:tcMar>
          </w:tcPr>
          <w:p w:rsidR="00712BEA" w:rsidRPr="00C70CCA" w:rsidRDefault="00F16412">
            <w:pPr>
              <w:autoSpaceDE w:val="0"/>
              <w:autoSpaceDN w:val="0"/>
              <w:spacing w:after="0" w:line="230" w:lineRule="auto"/>
              <w:ind w:left="372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Приказ №_____</w:t>
            </w:r>
          </w:p>
        </w:tc>
      </w:tr>
      <w:tr w:rsidR="00712BEA" w:rsidRPr="00C70CCA">
        <w:trPr>
          <w:trHeight w:hRule="exact" w:val="384"/>
        </w:trPr>
        <w:tc>
          <w:tcPr>
            <w:tcW w:w="3431" w:type="dxa"/>
            <w:vMerge/>
          </w:tcPr>
          <w:p w:rsidR="00712BEA" w:rsidRPr="00C70CCA" w:rsidRDefault="00712BEA">
            <w:pPr>
              <w:rPr>
                <w:lang w:val="ru-RU"/>
              </w:rPr>
            </w:pPr>
          </w:p>
        </w:tc>
        <w:tc>
          <w:tcPr>
            <w:tcW w:w="3431" w:type="dxa"/>
            <w:vMerge/>
          </w:tcPr>
          <w:p w:rsidR="00712BEA" w:rsidRPr="00C70CCA" w:rsidRDefault="00712BEA">
            <w:pPr>
              <w:rPr>
                <w:lang w:val="ru-RU"/>
              </w:rPr>
            </w:pPr>
          </w:p>
        </w:tc>
        <w:tc>
          <w:tcPr>
            <w:tcW w:w="3480" w:type="dxa"/>
            <w:tcMar>
              <w:left w:w="0" w:type="dxa"/>
              <w:right w:w="0" w:type="dxa"/>
            </w:tcMar>
          </w:tcPr>
          <w:p w:rsidR="00712BEA" w:rsidRPr="00C70CCA" w:rsidRDefault="00F16412" w:rsidP="00C70CCA">
            <w:pPr>
              <w:autoSpaceDE w:val="0"/>
              <w:autoSpaceDN w:val="0"/>
              <w:spacing w:before="98" w:after="0" w:line="230" w:lineRule="auto"/>
              <w:ind w:left="372"/>
              <w:rPr>
                <w:lang w:val="ru-RU"/>
              </w:rPr>
            </w:pP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от "____" ________202</w:t>
            </w:r>
            <w:r w:rsid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>4</w:t>
            </w:r>
            <w:r w:rsidRPr="00C70CCA">
              <w:rPr>
                <w:rFonts w:ascii="Times New Roman" w:eastAsia="Times New Roman" w:hAnsi="Times New Roman"/>
                <w:color w:val="000000"/>
                <w:w w:val="102"/>
                <w:sz w:val="20"/>
                <w:lang w:val="ru-RU"/>
              </w:rPr>
              <w:t xml:space="preserve"> г.</w:t>
            </w:r>
          </w:p>
        </w:tc>
      </w:tr>
    </w:tbl>
    <w:p w:rsidR="00712BEA" w:rsidRPr="00BC43FD" w:rsidRDefault="00F16412">
      <w:pPr>
        <w:autoSpaceDE w:val="0"/>
        <w:autoSpaceDN w:val="0"/>
        <w:spacing w:before="978" w:after="0" w:line="230" w:lineRule="auto"/>
        <w:ind w:right="3652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РАБОЧАЯ ПРОГРАММА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ind w:right="4424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(</w:t>
      </w:r>
      <w:r>
        <w:rPr>
          <w:rFonts w:ascii="Times New Roman" w:eastAsia="Times New Roman" w:hAnsi="Times New Roman"/>
          <w:b/>
          <w:color w:val="000000"/>
          <w:sz w:val="24"/>
        </w:rPr>
        <w:t>ID</w:t>
      </w: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 1113074)</w:t>
      </w:r>
    </w:p>
    <w:p w:rsidR="00712BEA" w:rsidRPr="00BC43FD" w:rsidRDefault="00F16412">
      <w:pPr>
        <w:autoSpaceDE w:val="0"/>
        <w:autoSpaceDN w:val="0"/>
        <w:spacing w:before="166" w:after="0" w:line="230" w:lineRule="auto"/>
        <w:ind w:right="4024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учебного предмета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ind w:right="2448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«Основы религиозных культур и светской этики»</w:t>
      </w:r>
    </w:p>
    <w:p w:rsidR="00712BEA" w:rsidRPr="00BC43FD" w:rsidRDefault="00F16412">
      <w:pPr>
        <w:autoSpaceDE w:val="0"/>
        <w:autoSpaceDN w:val="0"/>
        <w:spacing w:before="670" w:after="0" w:line="230" w:lineRule="auto"/>
        <w:ind w:right="2684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для 4 класса начального общего образования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ind w:right="3622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на 202</w:t>
      </w:r>
      <w:r w:rsidR="00C70CCA">
        <w:rPr>
          <w:rFonts w:ascii="Times New Roman" w:eastAsia="Times New Roman" w:hAnsi="Times New Roman"/>
          <w:color w:val="000000"/>
          <w:sz w:val="24"/>
          <w:lang w:val="ru-RU"/>
        </w:rPr>
        <w:t>4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-202</w:t>
      </w:r>
      <w:r w:rsidR="00C70CCA">
        <w:rPr>
          <w:rFonts w:ascii="Times New Roman" w:eastAsia="Times New Roman" w:hAnsi="Times New Roman"/>
          <w:color w:val="000000"/>
          <w:sz w:val="24"/>
          <w:lang w:val="ru-RU"/>
        </w:rPr>
        <w:t>5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  учебный год</w:t>
      </w:r>
    </w:p>
    <w:p w:rsidR="00712BEA" w:rsidRPr="00BC43FD" w:rsidRDefault="00F16412">
      <w:pPr>
        <w:autoSpaceDE w:val="0"/>
        <w:autoSpaceDN w:val="0"/>
        <w:spacing w:before="2112" w:after="0" w:line="230" w:lineRule="auto"/>
        <w:ind w:right="20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Составитель: Матренина Оксана Сергеевна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ind w:right="32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учитель начальных классов</w:t>
      </w:r>
    </w:p>
    <w:p w:rsidR="00712BEA" w:rsidRPr="00BC43FD" w:rsidRDefault="00712BEA">
      <w:pPr>
        <w:autoSpaceDE w:val="0"/>
        <w:autoSpaceDN w:val="0"/>
        <w:spacing w:after="78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30" w:lineRule="auto"/>
        <w:ind w:right="3690"/>
        <w:jc w:val="right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с. Зимари 202</w:t>
      </w:r>
      <w:r w:rsidR="00C70CCA">
        <w:rPr>
          <w:rFonts w:ascii="Times New Roman" w:eastAsia="Times New Roman" w:hAnsi="Times New Roman"/>
          <w:color w:val="000000"/>
          <w:sz w:val="24"/>
          <w:lang w:val="ru-RU"/>
        </w:rPr>
        <w:t>4</w:t>
      </w:r>
    </w:p>
    <w:p w:rsidR="00712BEA" w:rsidRPr="00BC43FD" w:rsidRDefault="00712BEA">
      <w:pPr>
        <w:rPr>
          <w:lang w:val="ru-RU"/>
        </w:rPr>
        <w:sectPr w:rsidR="00712BEA" w:rsidRPr="00BC43FD">
          <w:footerReference w:type="default" r:id="rId9"/>
          <w:pgSz w:w="11900" w:h="16840"/>
          <w:pgMar w:top="298" w:right="1440" w:bottom="1440" w:left="1440" w:header="720" w:footer="720" w:gutter="0"/>
          <w:cols w:space="720" w:equalWidth="0">
            <w:col w:w="9020" w:space="0"/>
          </w:cols>
          <w:docGrid w:linePitch="360"/>
        </w:sectPr>
      </w:pPr>
    </w:p>
    <w:p w:rsidR="00712BEA" w:rsidRPr="00BC43FD" w:rsidRDefault="00712BEA">
      <w:pPr>
        <w:autoSpaceDE w:val="0"/>
        <w:autoSpaceDN w:val="0"/>
        <w:spacing w:after="78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ПОЯСНИТЕЛЬНАЯ ЗАПИСКА</w:t>
      </w:r>
    </w:p>
    <w:p w:rsidR="00712BEA" w:rsidRPr="00BC43FD" w:rsidRDefault="00F16412">
      <w:pPr>
        <w:autoSpaceDE w:val="0"/>
        <w:autoSpaceDN w:val="0"/>
        <w:spacing w:before="346" w:after="0" w:line="271" w:lineRule="auto"/>
        <w:ind w:right="288" w:firstLine="18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Рабочая программа отражает вариант конкретизации требований Федерального государственного образовательного стандарта начального общего образования (далее — ФГОС НОО) по ОРКСЭ и обеспечивает содержательную составляющую ФГОС НОО. </w:t>
      </w:r>
    </w:p>
    <w:p w:rsidR="00712BEA" w:rsidRPr="00BC43FD" w:rsidRDefault="00F16412">
      <w:pPr>
        <w:autoSpaceDE w:val="0"/>
        <w:autoSpaceDN w:val="0"/>
        <w:spacing w:before="262" w:after="0" w:line="262" w:lineRule="auto"/>
        <w:ind w:right="1008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ОБЩАЯ ХАРАКТЕРИСТИКА УЧЕБНОГО ПРЕДМЕТА «ОСНОВЫ РЕЛИГИОЗНЫХ КУЛЬТУР И СВЕТСКОЙ ЭТИКИ»</w:t>
      </w:r>
    </w:p>
    <w:p w:rsidR="00712BEA" w:rsidRPr="00BC43FD" w:rsidRDefault="00F16412">
      <w:pPr>
        <w:autoSpaceDE w:val="0"/>
        <w:autoSpaceDN w:val="0"/>
        <w:spacing w:before="166" w:after="0" w:line="281" w:lineRule="auto"/>
        <w:ind w:right="288" w:firstLine="180"/>
        <w:rPr>
          <w:lang w:val="ru-RU"/>
        </w:rPr>
      </w:pPr>
      <w:r w:rsidRPr="00BC43FD">
        <w:rPr>
          <w:rFonts w:ascii="Times New Roman" w:eastAsia="Times New Roman" w:hAnsi="Times New Roman"/>
          <w:i/>
          <w:color w:val="000000"/>
          <w:sz w:val="24"/>
          <w:lang w:val="ru-RU"/>
        </w:rPr>
        <w:t>Планируемые результаты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 освоения курса ОРКСЭ включают результаты по каждому учебному модулю. При конструировании планируемых результатов учитываются цели обучения, требования, которые представлены в стандарте, и специфика содержания каждого учебного модуля. Общие результаты содержат перечень личностных и метапредметных достижений, которые приобретает каждый обучающийся, независимо от изучаемого модуля. </w:t>
      </w:r>
    </w:p>
    <w:p w:rsidR="00712BEA" w:rsidRPr="00BC43FD" w:rsidRDefault="00F16412">
      <w:pPr>
        <w:autoSpaceDE w:val="0"/>
        <w:autoSpaceDN w:val="0"/>
        <w:spacing w:before="70" w:after="0"/>
        <w:ind w:firstLine="18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Культурологическая направленность предмета способствует развитию у обучающихся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представлений о нравственных идеалах и ценностях религиозных и светских традиций народов России, формированию ценностного отношения к социальной реальности, осознанию роли буддизма, православия, ислама, иудаизма, светской этики в истории и культуре нашей страны.</w:t>
      </w:r>
    </w:p>
    <w:p w:rsidR="00712BEA" w:rsidRPr="00BC43FD" w:rsidRDefault="00F16412">
      <w:pPr>
        <w:autoSpaceDE w:val="0"/>
        <w:autoSpaceDN w:val="0"/>
        <w:spacing w:before="70" w:after="0" w:line="283" w:lineRule="auto"/>
        <w:ind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Коммуникативный подход к преподаванию предмета ОРКСЭ предполагает организацию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коммуникативной деятельности обучающихся, требующей от них умения выслушивать позицию партнёра по деятельности, принимать её, согласовывать усилия для достижения поставленной цели, находить адекватные вербальные средства передачи информации и рефлексии. Деятельностный подход, основывающийся на принципе диалогичности, осуществляется в процессе активного взаимодействия обучающихся, сотрудничества, обмена информацией, обсуждения разных точек зрения и т. п.</w:t>
      </w:r>
    </w:p>
    <w:p w:rsidR="00712BEA" w:rsidRPr="00BC43FD" w:rsidRDefault="00F16412">
      <w:pPr>
        <w:autoSpaceDE w:val="0"/>
        <w:autoSpaceDN w:val="0"/>
        <w:spacing w:before="70" w:after="0" w:line="288" w:lineRule="auto"/>
        <w:ind w:right="288" w:firstLine="18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Предпосылками усвоения младшими школьниками содержания курса являются психологические особенности детей, завершающих обучение в начальной школе: интерес к социальной жизни, любознательность, принятие авторитета взрослого. Психологи подчёркивают естественную открытость детей этого возраста, способность эмоционально реагировать на окружающую действительность, остро реагировать как на доброжелательность, отзывчивость, доброту других людей, так и на проявление несправедливости, нанесение обид и оскорблений. Всё это становится предпосылкой к пониманию законов существования в социуме и принятию их как руководства к собственному поведению. Вместе с тем в процессе обу​чения необходимо учитывать, что младшие школьники с трудом усваивают абстрактные философские сентенции, нравственные поучения, поэтому особое внимание должно быть уделено эмоциональной стороне восприятия явлений социальной жизни, связанной с проявлением или нарушением нравственных, этических норм, обсуждение конкретных жизненных ситуаций, дающих образцы нравственно ценного поведения.</w:t>
      </w:r>
    </w:p>
    <w:p w:rsidR="00712BEA" w:rsidRPr="00BC43FD" w:rsidRDefault="00F16412">
      <w:pPr>
        <w:autoSpaceDE w:val="0"/>
        <w:autoSpaceDN w:val="0"/>
        <w:spacing w:before="262" w:after="0" w:line="262" w:lineRule="auto"/>
        <w:ind w:right="864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ЦЕЛИ И ЗАДАЧИ ИЗУЧЕНИЯ УЧЕБНОГО ПРЕДМЕТА «ОСНОВЫ РЕЛИГИОЗНЫХ КУЛЬТУР И СВЕТСКОЙ ЭТИКИ»</w:t>
      </w:r>
    </w:p>
    <w:p w:rsidR="00712BEA" w:rsidRPr="00BC43FD" w:rsidRDefault="00F16412">
      <w:pPr>
        <w:autoSpaceDE w:val="0"/>
        <w:autoSpaceDN w:val="0"/>
        <w:spacing w:before="166" w:after="0"/>
        <w:ind w:right="288" w:firstLine="18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Целью ОРКСЭ является формирование у обучающегося мотивации к осознанному нравственному поведению, основанному на знании и уважении культурных и религиозных традиций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многонационального народа России, а также к диалогу с представителями других культур и мировоззрений.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Основными задачами ОРКСЭ являются:</w:t>
      </w:r>
    </w:p>
    <w:p w:rsidR="00712BEA" w:rsidRPr="00BC43FD" w:rsidRDefault="00F16412">
      <w:pPr>
        <w:autoSpaceDE w:val="0"/>
        <w:autoSpaceDN w:val="0"/>
        <w:spacing w:before="178" w:after="0" w:line="262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—  знакомство обучающихся с основами православной, мусульманской, буддийской, иудейской культур, основами мировых религиозных культур и светской этики по выбору родителей</w:t>
      </w:r>
    </w:p>
    <w:p w:rsidR="00712BEA" w:rsidRPr="00BC43FD" w:rsidRDefault="00712BEA">
      <w:pPr>
        <w:autoSpaceDE w:val="0"/>
        <w:autoSpaceDN w:val="0"/>
        <w:spacing w:after="66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30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(законных представителей);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развитие представлений обучающихся о значении нравственных норм и ценностей в жизни личности, семьи, общества;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обобщение знаний, понятий и представлений о духовной культуре и морали, ранее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полученных в начальной школе, формирование ценностно-смысловой сферы личности с учётом мировоззренческих и культурных особенностей и потребностей семьи;</w:t>
      </w:r>
    </w:p>
    <w:p w:rsidR="00712BEA" w:rsidRPr="00BC43FD" w:rsidRDefault="00F16412">
      <w:pPr>
        <w:autoSpaceDE w:val="0"/>
        <w:autoSpaceDN w:val="0"/>
        <w:spacing w:before="238" w:after="0" w:line="283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развитие способностей обучающихся к общению в полиэтничной, разномировоззренческой и многоконфессиональной среде на основе взаимного уважения и диалога. Основной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методологический принцип реализации ОРКСЭ — культурологический подход, способствующий формированию у младших школьников первоначальных представлений о культуре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традиционных религий народов России (православия, ислама, буддизма, иудаизма), российской светской (гражданской) этике, основанной на конституционных правах, свободах и обязанностях человека и гражданина в Российской Федерации.</w:t>
      </w:r>
    </w:p>
    <w:p w:rsidR="00712BEA" w:rsidRPr="00BC43FD" w:rsidRDefault="00F16412">
      <w:pPr>
        <w:autoSpaceDE w:val="0"/>
        <w:autoSpaceDN w:val="0"/>
        <w:spacing w:before="322" w:after="0" w:line="262" w:lineRule="auto"/>
        <w:ind w:right="432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«ОСНОВЫ РЕЛИГИОЗНЫХ КУЛЬТУР И СВЕТСКОЙ ЭТИКИ» В УЧЕБНОМ ПЛАНЕ</w:t>
      </w:r>
    </w:p>
    <w:p w:rsidR="00712BEA" w:rsidRPr="00BC43FD" w:rsidRDefault="00F16412">
      <w:pPr>
        <w:tabs>
          <w:tab w:val="left" w:pos="180"/>
        </w:tabs>
        <w:autoSpaceDE w:val="0"/>
        <w:autoSpaceDN w:val="0"/>
        <w:spacing w:before="166" w:after="0" w:line="262" w:lineRule="auto"/>
        <w:rPr>
          <w:lang w:val="ru-RU"/>
        </w:rPr>
      </w:pP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Учебный предмет "Основы религиозных культур и светской этики" изучается в 4 классе один час в н</w:t>
      </w:r>
      <w:r w:rsidR="0003435A">
        <w:rPr>
          <w:rFonts w:ascii="Times New Roman" w:eastAsia="Times New Roman" w:hAnsi="Times New Roman"/>
          <w:color w:val="000000"/>
          <w:sz w:val="24"/>
          <w:lang w:val="ru-RU"/>
        </w:rPr>
        <w:t>еделе, общий объем составляет 35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 часа.</w:t>
      </w:r>
    </w:p>
    <w:p w:rsidR="00712BEA" w:rsidRPr="00BC43FD" w:rsidRDefault="00712BEA">
      <w:pPr>
        <w:autoSpaceDE w:val="0"/>
        <w:autoSpaceDN w:val="0"/>
        <w:spacing w:after="78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СОДЕРЖАНИЕ УЧЕБНОГО ПРЕДМЕТА </w:t>
      </w:r>
    </w:p>
    <w:p w:rsidR="00712BEA" w:rsidRPr="00BC43FD" w:rsidRDefault="00F16412">
      <w:pPr>
        <w:tabs>
          <w:tab w:val="left" w:pos="180"/>
        </w:tabs>
        <w:autoSpaceDE w:val="0"/>
        <w:autoSpaceDN w:val="0"/>
        <w:spacing w:before="346" w:after="0"/>
        <w:rPr>
          <w:lang w:val="ru-RU"/>
        </w:rPr>
      </w:pP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«ОСНОВЫ РЕЛИГИОЗНЫХ КУЛЬТУР НАРОДОВ РОССИИ»</w:t>
      </w:r>
      <w:r w:rsidRPr="00BC43FD">
        <w:rPr>
          <w:lang w:val="ru-RU"/>
        </w:rPr>
        <w:br/>
      </w: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Россия — наша Родина. Культура и религия. Религии мира и их основатели. Священные книги религий мира. Хранители предания в религиях мира. Человек в религиозных традициях мира. Добро и зло. Священные сооружения. Искусство в религиозной культуре. Искусство в религиозной культуре.</w:t>
      </w:r>
    </w:p>
    <w:p w:rsidR="00712BEA" w:rsidRPr="00BC43FD" w:rsidRDefault="00F16412">
      <w:pPr>
        <w:autoSpaceDE w:val="0"/>
        <w:autoSpaceDN w:val="0"/>
        <w:spacing w:before="7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Религии России. Религия и мораль. Нравственные заповеди в религиях мира. Обычаи и обряды.</w:t>
      </w:r>
    </w:p>
    <w:p w:rsidR="00712BEA" w:rsidRPr="00BC43FD" w:rsidRDefault="00F16412">
      <w:pPr>
        <w:autoSpaceDE w:val="0"/>
        <w:autoSpaceDN w:val="0"/>
        <w:spacing w:before="70" w:after="0" w:line="271" w:lineRule="auto"/>
        <w:ind w:right="7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Религиозные ритуалы в искусстве. Праздники и календари в религиях мира. Семья, семейные ценности. Долг, свобода, ответственность, труд. Милосердие, забота о слабых, взаимопомощь, социальные проблемы общества и отношение к ним разных религий.</w:t>
      </w:r>
    </w:p>
    <w:p w:rsidR="00712BEA" w:rsidRPr="00BC43FD" w:rsidRDefault="00F16412">
      <w:pPr>
        <w:tabs>
          <w:tab w:val="left" w:pos="180"/>
        </w:tabs>
        <w:autoSpaceDE w:val="0"/>
        <w:autoSpaceDN w:val="0"/>
        <w:spacing w:before="72" w:after="0" w:line="262" w:lineRule="auto"/>
        <w:ind w:right="576"/>
        <w:rPr>
          <w:lang w:val="ru-RU"/>
        </w:rPr>
      </w:pP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Любовь и уважение к Отечеству. Патриотизм многонационального и многоконфессионального народа России.</w:t>
      </w:r>
    </w:p>
    <w:p w:rsidR="00712BEA" w:rsidRDefault="00712BEA">
      <w:pPr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ПЛАНИРУЕМЫЕ ОБРАЗОВАТЕЛЬНЫЕ РЕЗУЛЬТАТЫ</w:t>
      </w:r>
    </w:p>
    <w:p w:rsidR="00712BEA" w:rsidRPr="00BC43FD" w:rsidRDefault="00F16412">
      <w:pPr>
        <w:autoSpaceDE w:val="0"/>
        <w:autoSpaceDN w:val="0"/>
        <w:spacing w:before="346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ЛИЧНОСТНЫЕ РЕЗУЛЬТАТЫ</w:t>
      </w:r>
    </w:p>
    <w:p w:rsidR="00712BEA" w:rsidRPr="00BC43FD" w:rsidRDefault="00F16412">
      <w:pPr>
        <w:tabs>
          <w:tab w:val="left" w:pos="180"/>
        </w:tabs>
        <w:autoSpaceDE w:val="0"/>
        <w:autoSpaceDN w:val="0"/>
        <w:spacing w:before="310" w:after="0" w:line="262" w:lineRule="auto"/>
        <w:rPr>
          <w:lang w:val="ru-RU"/>
        </w:rPr>
      </w:pP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В результате изучения предмета «Основы религиозных культур и светской этики» в 4 классе у обучающегося будут сформированы следующие личностные результаты:</w:t>
      </w:r>
    </w:p>
    <w:p w:rsidR="00712BEA" w:rsidRPr="00BC43FD" w:rsidRDefault="00F16412">
      <w:pPr>
        <w:autoSpaceDE w:val="0"/>
        <w:autoSpaceDN w:val="0"/>
        <w:spacing w:before="370" w:after="0" w:line="262" w:lineRule="auto"/>
        <w:ind w:left="42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понимать основы российской гражданской идентичности, испытывать чувство гордости за свою Родину;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—  формировать национальную и гражданскую самоидентичность, осознавать свою этническую и национальную принадлежность;</w:t>
      </w:r>
    </w:p>
    <w:p w:rsidR="00712BEA" w:rsidRPr="00BC43FD" w:rsidRDefault="00F16412">
      <w:pPr>
        <w:autoSpaceDE w:val="0"/>
        <w:autoSpaceDN w:val="0"/>
        <w:spacing w:before="240" w:after="0" w:line="262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понимать значение гуманистических и демократических ценностных ориентаций; осознавать ценность человеческой жизни;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понимать значение нравственных норм и ценностей как условия жизни личности, семьи, общества;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86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осознавать право гражданина РФ исповедовать любую традиционную религию или не исповедовать никакой ре​лигии;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строить своё общение, совместную деятельность на основе правил коммуникации: умения договариваться, мирно разрешать конфликты, уважать другое мнение, независимо от принадлежности собеседников к религии или к атеизму;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соотносить свои поступки с нравственными ценностями, принятыми в российском обществе, проявлять уважение к духовным традициям народов России, терпимость к представителям разного вероисповедания;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строить своё поведение с учётом нравственных норм и правил; проявлять в повседневной жизни доброту, справедливость, доброжелательность в общении, желание при необходимости прийти на помощь;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понимать необходимость обогащать свои знания о духовно-нравственной культуре, стремиться анализировать своё поведение, избегать негативных поступков и действий, оскорб​</w:t>
      </w:r>
      <w:r w:rsidRPr="00BC43FD">
        <w:rPr>
          <w:rFonts w:ascii="DejaVu Serif" w:eastAsia="DejaVu Serif" w:hAnsi="DejaVu Serif"/>
          <w:color w:val="000000"/>
          <w:sz w:val="24"/>
          <w:lang w:val="ru-RU"/>
        </w:rPr>
        <w:t>‐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ляющих других людей;</w:t>
      </w:r>
    </w:p>
    <w:p w:rsidR="00712BEA" w:rsidRPr="00BC43FD" w:rsidRDefault="00F16412">
      <w:pPr>
        <w:autoSpaceDE w:val="0"/>
        <w:autoSpaceDN w:val="0"/>
        <w:spacing w:before="240" w:after="0" w:line="230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понимать необходимость бережного отношения к материальным и духовным ценностям.</w:t>
      </w:r>
    </w:p>
    <w:p w:rsidR="00712BEA" w:rsidRPr="00BC43FD" w:rsidRDefault="00F16412">
      <w:pPr>
        <w:autoSpaceDE w:val="0"/>
        <w:autoSpaceDN w:val="0"/>
        <w:spacing w:before="322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МЕТАПРЕДМЕТНЫЕ РЕЗУЛЬТАТЫ</w:t>
      </w:r>
    </w:p>
    <w:p w:rsidR="00712BEA" w:rsidRPr="00BC43FD" w:rsidRDefault="00F16412">
      <w:pPr>
        <w:autoSpaceDE w:val="0"/>
        <w:autoSpaceDN w:val="0"/>
        <w:spacing w:before="226" w:after="0" w:line="262" w:lineRule="auto"/>
        <w:ind w:left="420"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овладевать способностью понимания и сохранения целей и задач учебной деятельности, поиска оптимальных средств их достижения;</w:t>
      </w:r>
    </w:p>
    <w:p w:rsidR="00712BEA" w:rsidRPr="00BC43FD" w:rsidRDefault="00F16412">
      <w:pPr>
        <w:autoSpaceDE w:val="0"/>
        <w:autoSpaceDN w:val="0"/>
        <w:spacing w:before="238" w:after="0" w:line="281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формировать умения планировать, контролировать и оценивать учебные действия в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соответствии с поставленной задачей и условиями её реализации, определять и находить наиболее эффективные способы достижения результата, вносить соответствующие коррективы в процесс их реализации на основе оценки и учёта характера ошибок, понимать причины успеха/неуспеха учебной деятельности;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совершенствовать умения в различных видах речевой деятельности и коммуникативных ситуациях; адекватное использование речевых средств и средств информационно-</w:t>
      </w:r>
    </w:p>
    <w:p w:rsidR="00712BEA" w:rsidRPr="00BC43FD" w:rsidRDefault="00712BEA">
      <w:pPr>
        <w:rPr>
          <w:lang w:val="ru-RU"/>
        </w:rPr>
        <w:sectPr w:rsidR="00712BEA" w:rsidRPr="00BC43FD">
          <w:pgSz w:w="11900" w:h="16840"/>
          <w:pgMar w:top="298" w:right="650" w:bottom="402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712BEA" w:rsidRPr="00BC43FD" w:rsidRDefault="00712BEA">
      <w:pPr>
        <w:autoSpaceDE w:val="0"/>
        <w:autoSpaceDN w:val="0"/>
        <w:spacing w:after="66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62" w:lineRule="auto"/>
        <w:ind w:left="24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коммуникационных технологий для решения различных коммуникативных и познавательных задач;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187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совершенствовать умения в области работы с информацией, осуществления информационного поиска для выполнения учебных заданий;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овладевать навыками смыслового чтения текстов различных стилей и жанров, осознанного построения речевых высказываний в соответствии с задачами коммуникации;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овладевать логическими действиями анализа, синтеза, сравнения, обобщения, классификации, установления аналогий и причинно-следственных связей, построения рассуждений, отнесения к известным понятиям;</w:t>
      </w:r>
    </w:p>
    <w:p w:rsidR="00712BEA" w:rsidRPr="00BC43FD" w:rsidRDefault="00F16412">
      <w:pPr>
        <w:autoSpaceDE w:val="0"/>
        <w:autoSpaceDN w:val="0"/>
        <w:spacing w:before="240" w:after="0" w:line="271" w:lineRule="auto"/>
        <w:ind w:left="240" w:right="762"/>
        <w:jc w:val="both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формировать готовность слушать собеседника и вести диалог, признавать возможность существования различных точек зрения и право каждого иметь свою собственную, умений излагать своё мнение и аргументировать свою точку зрения и оценку событий;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совершенствовать организационные умения в области коллективной деятельности, умения определять общую цель и пути её достижения, умений договариваться о распределении ролей в совместной деятельности, адекватно оценивать собственное поведение и поведение окружающих.</w:t>
      </w:r>
    </w:p>
    <w:p w:rsidR="00712BEA" w:rsidRPr="00BC43FD" w:rsidRDefault="00F16412">
      <w:pPr>
        <w:autoSpaceDE w:val="0"/>
        <w:autoSpaceDN w:val="0"/>
        <w:spacing w:before="73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Универсальные учебные действия</w:t>
      </w:r>
    </w:p>
    <w:p w:rsidR="00712BEA" w:rsidRPr="00BC43FD" w:rsidRDefault="00F16412">
      <w:pPr>
        <w:autoSpaceDE w:val="0"/>
        <w:autoSpaceDN w:val="0"/>
        <w:spacing w:before="67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Познавательные УУД:</w:t>
      </w:r>
    </w:p>
    <w:p w:rsidR="00712BEA" w:rsidRPr="00BC43FD" w:rsidRDefault="00F16412">
      <w:pPr>
        <w:autoSpaceDE w:val="0"/>
        <w:autoSpaceDN w:val="0"/>
        <w:spacing w:before="370" w:after="0" w:line="271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ориентироваться в понятиях, отражающих нравственные ценности общества — мораль, этика, этикет, справедливость, гуманизм, благотворительность, а также используемых в разных религиях (в пределах изученного);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использовать разные методы получения знаний о традиционных религиях и светской этике (наблюдение, чтение, сравнение, вычисление);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144" w:right="864"/>
        <w:jc w:val="center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применять логические действия и операции для решения учебных задач: сравнивать, анализировать, обобщать, делать выводы на основе изучаемого фактического материала;</w:t>
      </w:r>
    </w:p>
    <w:p w:rsidR="00712BEA" w:rsidRPr="00BC43FD" w:rsidRDefault="00F16412">
      <w:pPr>
        <w:autoSpaceDE w:val="0"/>
        <w:autoSpaceDN w:val="0"/>
        <w:spacing w:before="240" w:after="0" w:line="262" w:lineRule="auto"/>
        <w:ind w:left="24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признавать возможность существования разных точек зрения; обосновывать свои суждения, приводить убедительные доказательства;</w:t>
      </w:r>
    </w:p>
    <w:p w:rsidR="00712BEA" w:rsidRPr="00BC43FD" w:rsidRDefault="00F16412">
      <w:pPr>
        <w:autoSpaceDE w:val="0"/>
        <w:autoSpaceDN w:val="0"/>
        <w:spacing w:before="238" w:after="0" w:line="230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выполнять совместные проектные задания с опорой на предложенные образцы.</w:t>
      </w:r>
    </w:p>
    <w:p w:rsidR="00712BEA" w:rsidRPr="00BC43FD" w:rsidRDefault="00F16412">
      <w:pPr>
        <w:autoSpaceDE w:val="0"/>
        <w:autoSpaceDN w:val="0"/>
        <w:spacing w:before="73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Работа с информацией:</w:t>
      </w:r>
    </w:p>
    <w:p w:rsidR="00712BEA" w:rsidRPr="00BC43FD" w:rsidRDefault="00F16412">
      <w:pPr>
        <w:autoSpaceDE w:val="0"/>
        <w:autoSpaceDN w:val="0"/>
        <w:spacing w:before="370" w:after="0" w:line="262" w:lineRule="auto"/>
        <w:ind w:left="240" w:right="158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—  воспроизводить прослушанную (прочитанную) информацию, подчёркивать её принадлежность к определённой религии и/или к гражданской этике;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использовать разные средства для получения информации в соответствии с поставленной учебной задачей (текстовую, графическую, видео);</w:t>
      </w:r>
    </w:p>
    <w:p w:rsidR="00712BEA" w:rsidRPr="00BC43FD" w:rsidRDefault="00F16412" w:rsidP="0003435A">
      <w:pPr>
        <w:autoSpaceDE w:val="0"/>
        <w:autoSpaceDN w:val="0"/>
        <w:spacing w:before="238" w:after="0" w:line="230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находить дополнительную информацию к основному учебному материалу в разных</w:t>
      </w:r>
    </w:p>
    <w:p w:rsidR="00712BEA" w:rsidRPr="00BC43FD" w:rsidRDefault="00F16412">
      <w:pPr>
        <w:autoSpaceDE w:val="0"/>
        <w:autoSpaceDN w:val="0"/>
        <w:spacing w:after="0" w:line="230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информационных источниках, в том числе в Интернете (в условиях контролируемого входа);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анализировать, сравнивать информацию, представленную в разных источниках, с помощью учителя, оценивать её объективность и правильность.</w:t>
      </w:r>
    </w:p>
    <w:p w:rsidR="00712BEA" w:rsidRPr="00BC43FD" w:rsidRDefault="00F16412">
      <w:pPr>
        <w:autoSpaceDE w:val="0"/>
        <w:autoSpaceDN w:val="0"/>
        <w:spacing w:before="73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Коммуникативные УУД:</w:t>
      </w:r>
    </w:p>
    <w:p w:rsidR="00712BEA" w:rsidRPr="00BC43FD" w:rsidRDefault="00F16412">
      <w:pPr>
        <w:autoSpaceDE w:val="0"/>
        <w:autoSpaceDN w:val="0"/>
        <w:spacing w:before="370" w:after="0" w:line="271" w:lineRule="auto"/>
        <w:ind w:left="240" w:right="142"/>
        <w:jc w:val="both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использовать смысловое чтение для выделения главной мысли религиозных притч, сказаний, произведений фольклора и художественной литературы, анализа и оценки жизненных ситуаций, раскрывающих проблемы нравственности, этики, речевого этикета;</w:t>
      </w:r>
    </w:p>
    <w:p w:rsidR="00712BEA" w:rsidRPr="00BC43FD" w:rsidRDefault="00F16412">
      <w:pPr>
        <w:autoSpaceDE w:val="0"/>
        <w:autoSpaceDN w:val="0"/>
        <w:spacing w:before="240" w:after="0" w:line="271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соблюдать правила ведения диалога и дискуссии; корректно задавать вопросы и высказывать своё мнение; проявлять уважительное отношение к собеседнику с учётом особенностей участников общения;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создавать небольшие тексты-описания, тексты-рассуждения для воссоздания, анализа и оценки нравственно-этических идей, представленных в религиозных учениях и светской этике.</w:t>
      </w:r>
    </w:p>
    <w:p w:rsidR="00712BEA" w:rsidRPr="00BC43FD" w:rsidRDefault="00F16412">
      <w:pPr>
        <w:autoSpaceDE w:val="0"/>
        <w:autoSpaceDN w:val="0"/>
        <w:spacing w:before="73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Регулятивные УУД:</w:t>
      </w:r>
    </w:p>
    <w:p w:rsidR="00712BEA" w:rsidRPr="00BC43FD" w:rsidRDefault="00F16412">
      <w:pPr>
        <w:autoSpaceDE w:val="0"/>
        <w:autoSpaceDN w:val="0"/>
        <w:spacing w:before="370" w:after="0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проявлять самостоятельность, инициативность, организованность в осуществлении учебной деятельности и в конкретных жизненных ситуациях; контролировать состояние своего здоровья и эмоционального благополучия, предвидеть опасные для здоровья и жизни ситуации и способы их предупреждения;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проявлять готовность изменять себя, оценивать свои поступки, ориентируясь на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нравственные правила и нормы современного российского общества; проявлять способность к сознательному самоограничению в поведении;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анализировать ситуации, отражающие примеры положительного и негативного отношения к окружающему миру (природе, людям, предметам трудовой деятельности);</w:t>
      </w:r>
    </w:p>
    <w:p w:rsidR="00712BEA" w:rsidRPr="00BC43FD" w:rsidRDefault="00F16412">
      <w:pPr>
        <w:autoSpaceDE w:val="0"/>
        <w:autoSpaceDN w:val="0"/>
        <w:spacing w:before="240" w:after="0" w:line="271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выражать своё отношение к анализируемым событиям, поступкам, действиям: одобрять нравственные нормы поведения; осуждать проявление несправедливости, жадности, нечестности, зла;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проявлять высокий уровень познавательной мотивации, интерес к предмету, желание больше узнать о других религиях и правилах светской этики и этикета.</w:t>
      </w:r>
    </w:p>
    <w:p w:rsidR="00712BEA" w:rsidRPr="00BC43FD" w:rsidRDefault="00F16412">
      <w:pPr>
        <w:autoSpaceDE w:val="0"/>
        <w:autoSpaceDN w:val="0"/>
        <w:spacing w:before="730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lastRenderedPageBreak/>
        <w:t>Совместная деятельность:</w:t>
      </w:r>
    </w:p>
    <w:p w:rsidR="00712BEA" w:rsidRPr="00BC43FD" w:rsidRDefault="00F16412">
      <w:pPr>
        <w:autoSpaceDE w:val="0"/>
        <w:autoSpaceDN w:val="0"/>
        <w:spacing w:before="370" w:after="0" w:line="271" w:lineRule="auto"/>
        <w:ind w:left="24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выбирать партнёра не только по личным симпатиям, но и по деловым качествам, корректно высказывать свои пожелания к работе, спокойно принимать замечания к своей работе, объективно их оценивать;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240" w:right="7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владеть умениями совместной деятельности: подчиняться, договариваться, руководить; терпеливо и спокойно разрешать возникающие конфликты;</w:t>
      </w:r>
    </w:p>
    <w:p w:rsidR="00712BEA" w:rsidRPr="00BC43FD" w:rsidRDefault="00712BEA">
      <w:pPr>
        <w:autoSpaceDE w:val="0"/>
        <w:autoSpaceDN w:val="0"/>
        <w:spacing w:after="108" w:line="220" w:lineRule="exact"/>
        <w:rPr>
          <w:lang w:val="ru-RU"/>
        </w:rPr>
      </w:pPr>
    </w:p>
    <w:p w:rsidR="00712BEA" w:rsidRPr="00BC43FD" w:rsidRDefault="00F16412">
      <w:pPr>
        <w:autoSpaceDE w:val="0"/>
        <w:autoSpaceDN w:val="0"/>
        <w:spacing w:after="0" w:line="262" w:lineRule="auto"/>
        <w:ind w:left="42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готовить индивидуально, в парах, в группах сообщения по изученному и дополнительному материалу с иллюстративным материалом и видеопрезентацией.</w:t>
      </w:r>
    </w:p>
    <w:p w:rsidR="00712BEA" w:rsidRPr="00BC43FD" w:rsidRDefault="00F16412">
      <w:pPr>
        <w:autoSpaceDE w:val="0"/>
        <w:autoSpaceDN w:val="0"/>
        <w:spacing w:before="322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ПРЕДМЕТНЫЕ РЕЗУЛЬТАТЫ</w:t>
      </w:r>
    </w:p>
    <w:p w:rsidR="00712BEA" w:rsidRPr="00BC43FD" w:rsidRDefault="00F16412">
      <w:pPr>
        <w:tabs>
          <w:tab w:val="left" w:pos="180"/>
        </w:tabs>
        <w:autoSpaceDE w:val="0"/>
        <w:autoSpaceDN w:val="0"/>
        <w:spacing w:before="310" w:after="0" w:line="262" w:lineRule="auto"/>
        <w:rPr>
          <w:lang w:val="ru-RU"/>
        </w:rPr>
      </w:pPr>
      <w:r w:rsidRPr="00BC43FD">
        <w:rPr>
          <w:lang w:val="ru-RU"/>
        </w:rPr>
        <w:tab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Предметные результаты освоения образовательной программы модуля «Основы религиозных культур народов России» должны отражать сформированность умений:</w:t>
      </w:r>
    </w:p>
    <w:p w:rsidR="00712BEA" w:rsidRPr="00BC43FD" w:rsidRDefault="00F16412">
      <w:pPr>
        <w:autoSpaceDE w:val="0"/>
        <w:autoSpaceDN w:val="0"/>
        <w:spacing w:before="370" w:after="0" w:line="271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себе, людях, окружающей действительности;</w:t>
      </w:r>
    </w:p>
    <w:p w:rsidR="00712BEA" w:rsidRPr="00BC43FD" w:rsidRDefault="00F16412">
      <w:pPr>
        <w:autoSpaceDE w:val="0"/>
        <w:autoSpaceDN w:val="0"/>
        <w:spacing w:before="240" w:after="0" w:line="262" w:lineRule="auto"/>
        <w:ind w:left="42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выражать своими словами понимание значимости нравственного самосовершенствования и роли в этом личных усилий человека, приводить примеры;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7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выражать понимание и принятие значения российских традиционных духовных и нравственных ценностей, духовно-нравственной культуры народов России, российского общества как источника и основы духовного развития, нравственного совершенствования;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рассказывать о нравственных заповедях, нормах морали в традиционных религиях России (православие, ислам, буддизм, иудаизм), их значении в выстраивании отношений в семье, между людьми;</w:t>
      </w:r>
    </w:p>
    <w:p w:rsidR="00712BEA" w:rsidRPr="00BC43FD" w:rsidRDefault="00F16412">
      <w:pPr>
        <w:autoSpaceDE w:val="0"/>
        <w:autoSpaceDN w:val="0"/>
        <w:spacing w:before="238" w:after="0"/>
        <w:ind w:left="420" w:right="288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раскрывать основное содержание нравственных категорий (долг, свобода, ответственность, милосердие, забота о слабых, взаимопомощь) в религиозной культуре народов России (православии, исламе, буддизме, иудаизме); объяснять «золотое правило нравственности» в религиозных традициях;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86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соотносить нравственные формы поведения с нравственными нормами, заповедями в традиционных религиях народов России;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раскрывать своими словами первоначальные представления о мировоззрении (картине мира) в вероучении православия, ислама, буддизма, иудаизма; об основателях религий;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рассказывать о священных писаниях традиционных религий народов России (Библия, Коран, Трипитака (Ганджур), Танах), хранителях предания и служителях религиозного культа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(священники, муллы, ламы, раввины), религиозных обрядах, ритуалах, обычаях (1—2 примера);</w:t>
      </w:r>
    </w:p>
    <w:p w:rsidR="00712BEA" w:rsidRPr="00BC43FD" w:rsidRDefault="00F16412">
      <w:pPr>
        <w:autoSpaceDE w:val="0"/>
        <w:autoSpaceDN w:val="0"/>
        <w:spacing w:before="240" w:after="0" w:line="262" w:lineRule="auto"/>
        <w:ind w:left="420"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—  рассказывать о назначении и устройстве священных сооружений (храмов) традиционных религий народов России, основных нормах поведения в храмах, общения с верующими;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рассказывать о религиозных календарях и праздниках традиционных религий народов России (православия, ислама, буддизма, иудаизма, не менее одного религиозного праздника каждой традиции);</w:t>
      </w:r>
    </w:p>
    <w:p w:rsidR="00712BEA" w:rsidRPr="00BC43FD" w:rsidRDefault="00F16412">
      <w:pPr>
        <w:autoSpaceDE w:val="0"/>
        <w:autoSpaceDN w:val="0"/>
        <w:spacing w:before="238" w:after="0"/>
        <w:ind w:left="42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раскрывать основное содержание норм отношений в религиозной семье (православие, ислам, буддизм, иудаизм), общее представление о семейных ценностях в традиционных религиях народов России; понимание отношения к труду, учению в традиционных религиях народов России;</w:t>
      </w:r>
    </w:p>
    <w:p w:rsidR="00712BEA" w:rsidRPr="00BC43FD" w:rsidRDefault="00F16412" w:rsidP="0003435A">
      <w:pPr>
        <w:autoSpaceDE w:val="0"/>
        <w:autoSpaceDN w:val="0"/>
        <w:spacing w:before="238" w:after="0" w:line="262" w:lineRule="auto"/>
        <w:ind w:left="420"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распознавать религиозную символику традиционных религий народов России (православия, ислама, буддизма, иудаизма минимально по одному символу), объяснять своими словами её</w:t>
      </w:r>
      <w:r w:rsidR="0003435A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значение в религиозной культуре;</w:t>
      </w:r>
    </w:p>
    <w:p w:rsidR="00712BEA" w:rsidRPr="00BC43FD" w:rsidRDefault="00F16412">
      <w:pPr>
        <w:autoSpaceDE w:val="0"/>
        <w:autoSpaceDN w:val="0"/>
        <w:spacing w:before="238" w:after="0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рассказывать о художественной культуре традиционных религий народов России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(православные иконы, исламская каллиграфия, буддийская танкопись); главных особенностях религиозного искусства православия, ислама, буддизма, иудаизма (архитектура, изобразительное искусство, язык и поэтика религиозных текстов, музыки или звуковой среды);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излагать основные исторические сведения о роли традиционных религий в становлении культуры народов России, российского общества, российской государственности;</w:t>
      </w:r>
    </w:p>
    <w:p w:rsidR="00712BEA" w:rsidRPr="00BC43FD" w:rsidRDefault="00F16412">
      <w:pPr>
        <w:autoSpaceDE w:val="0"/>
        <w:autoSpaceDN w:val="0"/>
        <w:spacing w:before="238" w:after="0" w:line="271" w:lineRule="auto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первоначальный опыт поисковой, проектной деятельности по изучению исторического и культурного наследия традиционных религий народов России в своей местности, регионе (храмы, монастыри, святыни, памятные и святые места), оформлению и представлению её результатов;</w:t>
      </w:r>
    </w:p>
    <w:p w:rsidR="00712BEA" w:rsidRPr="00BC43FD" w:rsidRDefault="00F16412">
      <w:pPr>
        <w:autoSpaceDE w:val="0"/>
        <w:autoSpaceDN w:val="0"/>
        <w:spacing w:before="240" w:after="0" w:line="262" w:lineRule="auto"/>
        <w:ind w:right="432"/>
        <w:jc w:val="center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приводить примеры нравственных поступков, совершаемых с опорой на этические нормы религиозной культуры и внутреннюю установку личности поступать согласно своей совести;</w:t>
      </w:r>
    </w:p>
    <w:p w:rsidR="00712BEA" w:rsidRPr="00BC43FD" w:rsidRDefault="00F16412">
      <w:pPr>
        <w:autoSpaceDE w:val="0"/>
        <w:autoSpaceDN w:val="0"/>
        <w:spacing w:before="238" w:after="0" w:line="281" w:lineRule="auto"/>
        <w:ind w:right="144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—  выражать своими словами понимание свободы мировоззренческого выбора, отношения человека, людей в обществе к религии, свободы вероисповедания; понимание российского общества как многоэтничного и многорелигиозного (приводить примеры), понимание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российского общенародного (общенационального, гражданского) патриотизма, любви к Отечеству, нашей общей Родине — России; приводить примеры сотрудничества последователей традиционных религий;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называть традиционные религии в России, народы России, для которых традиционными религиями исторически являются православие, ислам, буддизм, иудаизм;</w:t>
      </w:r>
    </w:p>
    <w:p w:rsidR="00712BEA" w:rsidRPr="00BC43FD" w:rsidRDefault="00F16412">
      <w:pPr>
        <w:autoSpaceDE w:val="0"/>
        <w:autoSpaceDN w:val="0"/>
        <w:spacing w:before="238" w:after="0" w:line="262" w:lineRule="auto"/>
        <w:ind w:right="432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—  выражать своими словами понимание человеческого достоинства, ценности человеческой жизни в традиционных религиях народов России.</w:t>
      </w:r>
    </w:p>
    <w:p w:rsidR="00712BEA" w:rsidRPr="00BC43FD" w:rsidRDefault="00712BEA">
      <w:pPr>
        <w:rPr>
          <w:lang w:val="ru-RU"/>
        </w:rPr>
        <w:sectPr w:rsidR="00712BEA" w:rsidRPr="00BC43FD">
          <w:pgSz w:w="11900" w:h="16840"/>
          <w:pgMar w:top="286" w:right="692" w:bottom="1440" w:left="1086" w:header="720" w:footer="720" w:gutter="0"/>
          <w:cols w:space="720" w:equalWidth="0">
            <w:col w:w="10122" w:space="0"/>
          </w:cols>
          <w:docGrid w:linePitch="360"/>
        </w:sectPr>
      </w:pPr>
    </w:p>
    <w:p w:rsidR="00712BEA" w:rsidRPr="00BC43FD" w:rsidRDefault="00712BEA">
      <w:pPr>
        <w:autoSpaceDE w:val="0"/>
        <w:autoSpaceDN w:val="0"/>
        <w:spacing w:after="64" w:line="220" w:lineRule="exact"/>
        <w:rPr>
          <w:lang w:val="ru-RU"/>
        </w:rPr>
      </w:pPr>
    </w:p>
    <w:p w:rsidR="00712BEA" w:rsidRDefault="00F16412" w:rsidP="0003435A">
      <w:pPr>
        <w:autoSpaceDE w:val="0"/>
        <w:autoSpaceDN w:val="0"/>
        <w:spacing w:after="258" w:line="233" w:lineRule="auto"/>
        <w:jc w:val="center"/>
      </w:pPr>
      <w:r>
        <w:rPr>
          <w:rFonts w:ascii="Times New Roman" w:eastAsia="Times New Roman" w:hAnsi="Times New Roman"/>
          <w:b/>
          <w:color w:val="000000"/>
          <w:w w:val="101"/>
          <w:sz w:val="19"/>
        </w:rPr>
        <w:t>ТЕМАТИЧЕСКОЕ ПЛАНИРОВАНИЕ</w:t>
      </w:r>
    </w:p>
    <w:tbl>
      <w:tblPr>
        <w:tblW w:w="10158" w:type="dxa"/>
        <w:tblInd w:w="856" w:type="dxa"/>
        <w:tblLayout w:type="fixed"/>
        <w:tblLook w:val="04A0" w:firstRow="1" w:lastRow="0" w:firstColumn="1" w:lastColumn="0" w:noHBand="0" w:noVBand="1"/>
      </w:tblPr>
      <w:tblGrid>
        <w:gridCol w:w="468"/>
        <w:gridCol w:w="2367"/>
        <w:gridCol w:w="528"/>
        <w:gridCol w:w="554"/>
        <w:gridCol w:w="587"/>
        <w:gridCol w:w="548"/>
        <w:gridCol w:w="2319"/>
        <w:gridCol w:w="1080"/>
        <w:gridCol w:w="1707"/>
      </w:tblGrid>
      <w:tr w:rsidR="00712BEA" w:rsidTr="003D7B0C">
        <w:trPr>
          <w:trHeight w:hRule="exact" w:val="1134"/>
        </w:trPr>
        <w:tc>
          <w:tcPr>
            <w:tcW w:w="4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14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п/п</w:t>
            </w:r>
          </w:p>
        </w:tc>
        <w:tc>
          <w:tcPr>
            <w:tcW w:w="2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Наименование разделов и тем программы</w:t>
            </w:r>
          </w:p>
        </w:tc>
        <w:tc>
          <w:tcPr>
            <w:tcW w:w="1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Количество часов</w:t>
            </w:r>
          </w:p>
        </w:tc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изучения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Виды деятельности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 w:right="288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Виды,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формы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контроля</w:t>
            </w:r>
          </w:p>
        </w:tc>
        <w:tc>
          <w:tcPr>
            <w:tcW w:w="1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50" w:lineRule="auto"/>
              <w:ind w:left="72" w:right="43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Электронные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(цифровые)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образовательные ресурсы</w:t>
            </w:r>
          </w:p>
        </w:tc>
      </w:tr>
      <w:tr w:rsidR="00712BEA" w:rsidTr="003D7B0C">
        <w:trPr>
          <w:trHeight w:hRule="exact" w:val="1193"/>
        </w:trPr>
        <w:tc>
          <w:tcPr>
            <w:tcW w:w="4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  <w:tc>
          <w:tcPr>
            <w:tcW w:w="23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всего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контрольные работы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практические работы</w:t>
            </w:r>
          </w:p>
        </w:tc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  <w:tc>
          <w:tcPr>
            <w:tcW w:w="1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 w:rsidP="003D7B0C"/>
        </w:tc>
      </w:tr>
      <w:tr w:rsidR="00712BEA" w:rsidRPr="005730FE" w:rsidTr="003D7B0C">
        <w:trPr>
          <w:trHeight w:hRule="exact" w:val="430"/>
        </w:trPr>
        <w:tc>
          <w:tcPr>
            <w:tcW w:w="10158" w:type="dxa"/>
            <w:gridSpan w:val="9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Модуль 1.</w:t>
            </w:r>
            <w:r w:rsidRPr="00BC43FD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 xml:space="preserve"> Основы религиозных культур народов России</w:t>
            </w:r>
          </w:p>
        </w:tc>
      </w:tr>
      <w:tr w:rsidR="00712BEA" w:rsidTr="003D7B0C">
        <w:trPr>
          <w:trHeight w:hRule="exact" w:val="991"/>
        </w:trPr>
        <w:tc>
          <w:tcPr>
            <w:tcW w:w="4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1.1.</w:t>
            </w:r>
          </w:p>
        </w:tc>
        <w:tc>
          <w:tcPr>
            <w:tcW w:w="236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Россия — наша Родина</w:t>
            </w:r>
          </w:p>
        </w:tc>
        <w:tc>
          <w:tcPr>
            <w:tcW w:w="52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значение духовных традиций народов России в жизни человека, семьи, общества;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8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1.2.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Культура и религия.</w:t>
            </w:r>
          </w:p>
          <w:p w:rsidR="00712BEA" w:rsidRPr="00BC43FD" w:rsidRDefault="00F16412" w:rsidP="003D7B0C">
            <w:pPr>
              <w:autoSpaceDE w:val="0"/>
              <w:autoSpaceDN w:val="0"/>
              <w:spacing w:before="18" w:after="0" w:line="250" w:lineRule="auto"/>
              <w:ind w:left="72" w:right="14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Возникновение религий. Мировые религии и их основатели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Контрольная работа;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84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1.3.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Священные книги религий мира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Определять сходство этических постулатов священных книг религий мира;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85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1.4.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Хранители предания в религиях мира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155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1.5.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7" w:lineRule="auto"/>
              <w:ind w:left="72" w:right="43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Добро и зло. Понятие греха, раскаяния и </w:t>
            </w:r>
            <w:r w:rsidRPr="00BC43FD">
              <w:rPr>
                <w:lang w:val="ru-RU"/>
              </w:rPr>
              <w:br/>
            </w: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воздаяния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86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значение понятий: добро, зло, грех, раскаяние, воздаяние — в контексте религиозных традиций мира;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9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1.6.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45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Человек в религиозных традициях мира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851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1.7.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Священные сооружения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значение понятий: синагога, церковь, мечеть, ступа, пагода;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9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1.8.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Искусство в религиозной культуре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роль искусства в религиозных культурах;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141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1.9.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Творческие работы учащихся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576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Представлять результаты коллективной или индивидуальной работы; оценивать свою деятельность;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 работа;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272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lastRenderedPageBreak/>
              <w:t>1.10.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История религий в России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50" w:lineRule="auto"/>
              <w:ind w:left="72" w:right="14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Рассказывать об основных этапах возникновения и развития православия и других религий в России, о том, как и почему на Руси выбрали христианскую веру, какую роль сыграло православие в истории России, какую роль в истории России сыграли люди, исповедовавшие ислам, буддизм, иудаизм, католическую и протестантскую веру;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35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1.11.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Религиозные ритуалы.</w:t>
            </w:r>
          </w:p>
          <w:p w:rsidR="00712BEA" w:rsidRPr="00BC43FD" w:rsidRDefault="00F16412" w:rsidP="003D7B0C">
            <w:pPr>
              <w:autoSpaceDE w:val="0"/>
              <w:autoSpaceDN w:val="0"/>
              <w:spacing w:before="18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Обычаи и обряды.</w:t>
            </w:r>
          </w:p>
          <w:p w:rsidR="00712BEA" w:rsidRDefault="00F16412" w:rsidP="003D7B0C">
            <w:pPr>
              <w:autoSpaceDE w:val="0"/>
              <w:autoSpaceDN w:val="0"/>
              <w:spacing w:before="18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Паломничества и святыни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Контрольная работа;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77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1.12.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Праздники и календари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141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1.13.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Религия и мораль.</w:t>
            </w:r>
          </w:p>
          <w:p w:rsidR="00712BEA" w:rsidRPr="00BC43FD" w:rsidRDefault="00F16412" w:rsidP="003D7B0C">
            <w:pPr>
              <w:autoSpaceDE w:val="0"/>
              <w:autoSpaceDN w:val="0"/>
              <w:spacing w:before="20" w:after="0" w:line="245" w:lineRule="auto"/>
              <w:ind w:left="72" w:right="14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Нравственные заповеди в религиях мира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Рассказывать о нравственных заповедях иудаизма и христианства, о нравственном учении ислама, о буддийском учении, о поведении человека;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 работа;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9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1.14.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Милосердие, забота о слабых, взаимопомощь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8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1.15.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Семья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необходимость ответственного отношения к семейным ценностям;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1701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1.16.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Долг, свобода,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ответственность, труд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6" w:after="0" w:line="245" w:lineRule="auto"/>
              <w:ind w:left="72" w:right="100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Понимать значение понятий: долг, свобода, ответственность, труд — в контексте традиционных религий;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6" w:after="0" w:line="25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9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1.17.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43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Любовь и уважение к Отечеству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Сопоставлять понятия «духовная традиция», «патриотизм», «Отечество», «служение»;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712BEA" w:rsidTr="003D7B0C">
        <w:trPr>
          <w:trHeight w:hRule="exact" w:val="99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1.18.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57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Обобщающий урок. Подведение итогов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и воспринимать прочитанное, осмысливать содержание прочитанного текста;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5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опрос;;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http://pedsovet.su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http://nachalka.edu.ru/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http://nachalka.seminfo.ru/</w:t>
            </w:r>
          </w:p>
        </w:tc>
      </w:tr>
      <w:tr w:rsidR="0003435A" w:rsidTr="003D7B0C">
        <w:trPr>
          <w:trHeight w:hRule="exact" w:val="44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 w:rsidP="003D7B0C">
            <w:pPr>
              <w:autoSpaceDE w:val="0"/>
              <w:autoSpaceDN w:val="0"/>
              <w:spacing w:before="78" w:after="0" w:line="230" w:lineRule="auto"/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1,19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 w:rsidP="003D7B0C">
            <w:pPr>
              <w:autoSpaceDE w:val="0"/>
              <w:autoSpaceDN w:val="0"/>
              <w:spacing w:before="78" w:after="0" w:line="245" w:lineRule="auto"/>
              <w:ind w:right="576"/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Повторение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1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 w:rsidP="003D7B0C"/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BC43FD" w:rsidRDefault="0003435A" w:rsidP="003D7B0C">
            <w:pPr>
              <w:autoSpaceDE w:val="0"/>
              <w:autoSpaceDN w:val="0"/>
              <w:spacing w:before="78" w:after="0" w:line="230" w:lineRule="auto"/>
              <w:ind w:left="72"/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 w:rsidP="003D7B0C">
            <w:pPr>
              <w:autoSpaceDE w:val="0"/>
              <w:autoSpaceDN w:val="0"/>
              <w:spacing w:before="78" w:after="0" w:line="245" w:lineRule="auto"/>
              <w:ind w:right="432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 w:rsidP="003D7B0C">
            <w:pPr>
              <w:autoSpaceDE w:val="0"/>
              <w:autoSpaceDN w:val="0"/>
              <w:spacing w:before="78" w:after="0" w:line="247" w:lineRule="auto"/>
              <w:ind w:left="72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</w:p>
        </w:tc>
      </w:tr>
      <w:tr w:rsidR="00712BEA" w:rsidTr="003D7B0C">
        <w:trPr>
          <w:trHeight w:hRule="exact" w:val="687"/>
        </w:trPr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 w:rsidP="003D7B0C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ОБЩЕЕ КОЛИЧЕСТВО ЧАСОВ ПО ПРОГРАММЕ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03435A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35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 w:rsidP="003D7B0C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</w:t>
            </w:r>
          </w:p>
        </w:tc>
        <w:tc>
          <w:tcPr>
            <w:tcW w:w="56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 w:rsidP="003D7B0C"/>
        </w:tc>
      </w:tr>
    </w:tbl>
    <w:p w:rsidR="00712BEA" w:rsidRDefault="00712BEA">
      <w:pPr>
        <w:autoSpaceDE w:val="0"/>
        <w:autoSpaceDN w:val="0"/>
        <w:spacing w:after="0" w:line="14" w:lineRule="exact"/>
      </w:pPr>
    </w:p>
    <w:p w:rsidR="00712BEA" w:rsidRDefault="00712BEA">
      <w:pPr>
        <w:sectPr w:rsidR="00712BEA" w:rsidSect="0003435A">
          <w:pgSz w:w="11900" w:h="16840"/>
          <w:pgMar w:top="640" w:right="1440" w:bottom="666" w:left="284" w:header="720" w:footer="720" w:gutter="0"/>
          <w:cols w:space="720" w:equalWidth="0">
            <w:col w:w="14734" w:space="0"/>
          </w:cols>
          <w:docGrid w:linePitch="360"/>
        </w:sectPr>
      </w:pPr>
    </w:p>
    <w:p w:rsidR="00712BEA" w:rsidRDefault="00F16412">
      <w:pPr>
        <w:autoSpaceDE w:val="0"/>
        <w:autoSpaceDN w:val="0"/>
        <w:spacing w:after="32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lastRenderedPageBreak/>
        <w:t>ПОУРОЧНОЕ ПЛАНИРОВАНИЕ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04"/>
        <w:gridCol w:w="3288"/>
        <w:gridCol w:w="734"/>
        <w:gridCol w:w="1620"/>
        <w:gridCol w:w="1668"/>
        <w:gridCol w:w="1164"/>
        <w:gridCol w:w="1574"/>
      </w:tblGrid>
      <w:tr w:rsidR="00712BEA">
        <w:trPr>
          <w:trHeight w:hRule="exact" w:val="492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3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Тема урока</w:t>
            </w:r>
          </w:p>
        </w:tc>
        <w:tc>
          <w:tcPr>
            <w:tcW w:w="4022" w:type="dxa"/>
            <w:gridSpan w:val="3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изучения</w:t>
            </w:r>
          </w:p>
        </w:tc>
        <w:tc>
          <w:tcPr>
            <w:tcW w:w="1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71" w:lineRule="auto"/>
              <w:ind w:left="72" w:right="43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Виды,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формы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контроля</w:t>
            </w:r>
          </w:p>
        </w:tc>
      </w:tr>
      <w:tr w:rsidR="00712BEA" w:rsidTr="0003435A">
        <w:trPr>
          <w:trHeight w:hRule="exact" w:val="828"/>
        </w:trPr>
        <w:tc>
          <w:tcPr>
            <w:tcW w:w="5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/>
        </w:tc>
        <w:tc>
          <w:tcPr>
            <w:tcW w:w="3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712BEA" w:rsidRDefault="00712BEA"/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всего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1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/>
        </w:tc>
        <w:tc>
          <w:tcPr>
            <w:tcW w:w="1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BEA" w:rsidRDefault="00712BEA"/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Россия – наша Родина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Культура и религия.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30"/>
        </w:trPr>
        <w:tc>
          <w:tcPr>
            <w:tcW w:w="50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3.</w:t>
            </w:r>
          </w:p>
        </w:tc>
        <w:tc>
          <w:tcPr>
            <w:tcW w:w="328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Культура и религия.</w:t>
            </w:r>
          </w:p>
        </w:tc>
        <w:tc>
          <w:tcPr>
            <w:tcW w:w="73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Возникновение религий.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Мировые религии и их основатели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Контрольная работа;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Священные книги религий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Священные книги религий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86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Хранители предания в религиях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86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Хранители предания в религиях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3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Добро и зло. Понятие греха, раскаяния и воздаяния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Добро и зло. Понятие греха, раскаяния и воздаяния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Человек в религиозных традициях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Человек в религиозных традициях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Священные сооружения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0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Священные сооружения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>16.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Искусство в религиозной культуре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Искусство в религиозной культуре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Творческие работы учащихся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Практическая работа;</w:t>
            </w:r>
          </w:p>
        </w:tc>
      </w:tr>
      <w:tr w:rsidR="00712BEA">
        <w:trPr>
          <w:trHeight w:hRule="exact" w:val="83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Творческие работы учащихся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Практическая работа;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История религий в России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История религий в России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Религиозные ритуалы.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Обычаи и обряды. 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Обычаи и обряды. 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150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Паломничества и святыни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Контрольная работа;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Праздники и календари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Праздники и календари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1502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Религия и мораль.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100" w:after="0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Практическая работа;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29.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576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Нравственные заповеди в религиях мира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Милосердие, забота о слабых, взаимопомощь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31.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Семья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0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>32.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Семья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</w:tbl>
    <w:p w:rsidR="00712BEA" w:rsidRDefault="00712BEA">
      <w:pPr>
        <w:autoSpaceDE w:val="0"/>
        <w:autoSpaceDN w:val="0"/>
        <w:spacing w:after="0" w:line="14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04"/>
        <w:gridCol w:w="3288"/>
        <w:gridCol w:w="734"/>
        <w:gridCol w:w="1620"/>
        <w:gridCol w:w="1668"/>
        <w:gridCol w:w="1164"/>
        <w:gridCol w:w="1574"/>
      </w:tblGrid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33.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864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Любовь и уважение к Отечеству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576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опрос;;</w:t>
            </w:r>
          </w:p>
        </w:tc>
      </w:tr>
      <w:tr w:rsidR="00712BE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34.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right="1152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Обобщающий урок. Подведение итогов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62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Устный опрос;</w:t>
            </w:r>
          </w:p>
        </w:tc>
      </w:tr>
      <w:tr w:rsidR="0003435A">
        <w:trPr>
          <w:trHeight w:hRule="exact" w:val="828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>
            <w:pPr>
              <w:autoSpaceDE w:val="0"/>
              <w:autoSpaceDN w:val="0"/>
              <w:spacing w:before="98" w:after="0" w:line="23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>
            <w:pPr>
              <w:autoSpaceDE w:val="0"/>
              <w:autoSpaceDN w:val="0"/>
              <w:spacing w:before="98" w:after="0" w:line="262" w:lineRule="auto"/>
              <w:ind w:right="1152"/>
              <w:jc w:val="center"/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Повторение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Pr="0003435A" w:rsidRDefault="0003435A">
            <w:pPr>
              <w:autoSpaceDE w:val="0"/>
              <w:autoSpaceDN w:val="0"/>
              <w:spacing w:before="98" w:after="0" w:line="230" w:lineRule="auto"/>
              <w:ind w:left="74"/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/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03435A" w:rsidRDefault="0003435A">
            <w:pPr>
              <w:autoSpaceDE w:val="0"/>
              <w:autoSpaceDN w:val="0"/>
              <w:spacing w:before="98" w:after="0" w:line="262" w:lineRule="auto"/>
              <w:ind w:left="72" w:right="576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  <w:tr w:rsidR="00712BEA">
        <w:trPr>
          <w:trHeight w:hRule="exact" w:val="808"/>
        </w:trPr>
        <w:tc>
          <w:tcPr>
            <w:tcW w:w="37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:rsidR="00712BEA" w:rsidRPr="00BC43FD" w:rsidRDefault="00F16412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BC43FD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03435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F1641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712BEA" w:rsidRDefault="00712BEA"/>
        </w:tc>
      </w:tr>
    </w:tbl>
    <w:p w:rsidR="00712BEA" w:rsidRDefault="00712BEA">
      <w:pPr>
        <w:autoSpaceDE w:val="0"/>
        <w:autoSpaceDN w:val="0"/>
        <w:spacing w:after="0" w:line="14" w:lineRule="exact"/>
      </w:pPr>
    </w:p>
    <w:p w:rsidR="00712BEA" w:rsidRDefault="00712BEA">
      <w:pPr>
        <w:autoSpaceDE w:val="0"/>
        <w:autoSpaceDN w:val="0"/>
        <w:spacing w:after="78" w:line="220" w:lineRule="exact"/>
      </w:pPr>
    </w:p>
    <w:p w:rsidR="00712BEA" w:rsidRPr="0003435A" w:rsidRDefault="00F16412">
      <w:pPr>
        <w:autoSpaceDE w:val="0"/>
        <w:autoSpaceDN w:val="0"/>
        <w:spacing w:after="0" w:line="230" w:lineRule="auto"/>
        <w:rPr>
          <w:lang w:val="ru-RU"/>
        </w:rPr>
      </w:pPr>
      <w:r w:rsidRPr="0003435A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УЧЕБНО-МЕТОДИЧЕСКОЕ ОБЕСПЕЧЕНИЕ ОБРАЗОВАТЕЛЬНОГО ПРОЦЕССА </w:t>
      </w:r>
    </w:p>
    <w:p w:rsidR="00712BEA" w:rsidRPr="0003435A" w:rsidRDefault="00F16412">
      <w:pPr>
        <w:autoSpaceDE w:val="0"/>
        <w:autoSpaceDN w:val="0"/>
        <w:spacing w:before="346" w:after="0" w:line="230" w:lineRule="auto"/>
        <w:rPr>
          <w:lang w:val="ru-RU"/>
        </w:rPr>
      </w:pPr>
      <w:r w:rsidRPr="0003435A">
        <w:rPr>
          <w:rFonts w:ascii="Times New Roman" w:eastAsia="Times New Roman" w:hAnsi="Times New Roman"/>
          <w:b/>
          <w:color w:val="000000"/>
          <w:sz w:val="24"/>
          <w:lang w:val="ru-RU"/>
        </w:rPr>
        <w:t>ОБЯЗАТЕЛЬНЫЕ УЧЕБНЫЕ МАТЕРИАЛЫ ДЛЯ УЧЕНИКА</w:t>
      </w:r>
    </w:p>
    <w:p w:rsidR="00712BEA" w:rsidRPr="00BC43FD" w:rsidRDefault="00F16412">
      <w:pPr>
        <w:autoSpaceDE w:val="0"/>
        <w:autoSpaceDN w:val="0"/>
        <w:spacing w:before="166" w:after="0"/>
        <w:ind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Основы религиозных культур и светской этики. Основы мировых религиозных культур. 4 класс/Беглов А.Л., Саплина Е.В., Токарева Е.С. и другие, Акционерное общество «Издательство«Просвещение»;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Введите свой вариант:</w:t>
      </w:r>
    </w:p>
    <w:p w:rsidR="00712BEA" w:rsidRPr="00BC43FD" w:rsidRDefault="00F16412">
      <w:pPr>
        <w:autoSpaceDE w:val="0"/>
        <w:autoSpaceDN w:val="0"/>
        <w:spacing w:before="262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МЕТОДИЧЕСКИЕ МАТЕРИАЛЫ ДЛЯ УЧИТЕЛЯ</w:t>
      </w:r>
    </w:p>
    <w:p w:rsidR="00712BEA" w:rsidRPr="00BC43FD" w:rsidRDefault="00F16412">
      <w:pPr>
        <w:autoSpaceDE w:val="0"/>
        <w:autoSpaceDN w:val="0"/>
        <w:spacing w:before="166" w:after="0" w:line="281" w:lineRule="auto"/>
        <w:ind w:right="576"/>
        <w:rPr>
          <w:lang w:val="ru-RU"/>
        </w:rPr>
      </w:pP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Основы религиозных культур и светской этики. Основы мировых религиозных культур. 4 класс/Беглов А.Л., Саплина Е.В., Токарева Е.С. и другие, Акционерное общество «Издательство«Просвещение»; </w:t>
      </w:r>
      <w:r w:rsidRPr="00BC43FD">
        <w:rPr>
          <w:lang w:val="ru-RU"/>
        </w:rPr>
        <w:br/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Примерная рабочая программа начального общего образования предмета «Основы религиозных культур и светской этики»</w:t>
      </w:r>
    </w:p>
    <w:p w:rsidR="00712BEA" w:rsidRPr="00BC43FD" w:rsidRDefault="00F16412">
      <w:pPr>
        <w:autoSpaceDE w:val="0"/>
        <w:autoSpaceDN w:val="0"/>
        <w:spacing w:before="262" w:after="0" w:line="230" w:lineRule="auto"/>
        <w:rPr>
          <w:lang w:val="ru-RU"/>
        </w:rPr>
      </w:pPr>
      <w:r w:rsidRPr="00BC43FD">
        <w:rPr>
          <w:rFonts w:ascii="Times New Roman" w:eastAsia="Times New Roman" w:hAnsi="Times New Roman"/>
          <w:b/>
          <w:color w:val="000000"/>
          <w:sz w:val="24"/>
          <w:lang w:val="ru-RU"/>
        </w:rPr>
        <w:t>ЦИФРОВЫЕ ОБРАЗОВАТЕЛЬНЫЕ РЕСУРСЫ И РЕСУРСЫ СЕТИ ИНТЕРНЕТ</w:t>
      </w:r>
    </w:p>
    <w:p w:rsidR="00712BEA" w:rsidRPr="00BC43FD" w:rsidRDefault="00F16412">
      <w:pPr>
        <w:autoSpaceDE w:val="0"/>
        <w:autoSpaceDN w:val="0"/>
        <w:spacing w:before="166" w:after="0" w:line="271" w:lineRule="auto"/>
        <w:ind w:right="7920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</w:rPr>
        <w:t>http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pedsovet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su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BC43FD"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</w:rPr>
        <w:t>http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nachalka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edu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 xml:space="preserve">/ </w:t>
      </w:r>
      <w:r w:rsidRPr="00BC43FD"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</w:rPr>
        <w:t>http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nachalka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seminfo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 w:rsidRPr="00BC43FD">
        <w:rPr>
          <w:rFonts w:ascii="Times New Roman" w:eastAsia="Times New Roman" w:hAnsi="Times New Roman"/>
          <w:color w:val="000000"/>
          <w:sz w:val="24"/>
          <w:lang w:val="ru-RU"/>
        </w:rPr>
        <w:t>/</w:t>
      </w:r>
    </w:p>
    <w:p w:rsidR="00712BEA" w:rsidRPr="00BC43FD" w:rsidRDefault="00712BEA">
      <w:pPr>
        <w:rPr>
          <w:lang w:val="ru-RU"/>
        </w:rPr>
        <w:sectPr w:rsidR="00712BEA" w:rsidRPr="00BC43FD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712BEA" w:rsidRPr="00BC43FD" w:rsidRDefault="00712BEA">
      <w:pPr>
        <w:autoSpaceDE w:val="0"/>
        <w:autoSpaceDN w:val="0"/>
        <w:spacing w:after="78" w:line="220" w:lineRule="exact"/>
        <w:rPr>
          <w:lang w:val="ru-RU"/>
        </w:rPr>
      </w:pPr>
    </w:p>
    <w:p w:rsidR="00712BEA" w:rsidRPr="00BC43FD" w:rsidRDefault="00712BEA">
      <w:pPr>
        <w:rPr>
          <w:lang w:val="ru-RU"/>
        </w:rPr>
        <w:sectPr w:rsidR="00712BEA" w:rsidRPr="00BC43FD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F16412" w:rsidRPr="00BC43FD" w:rsidRDefault="00F16412">
      <w:pPr>
        <w:rPr>
          <w:lang w:val="ru-RU"/>
        </w:rPr>
      </w:pPr>
    </w:p>
    <w:sectPr w:rsidR="00F16412" w:rsidRPr="00BC43FD" w:rsidSect="00034616">
      <w:pgSz w:w="11900" w:h="16840"/>
      <w:pgMar w:top="1440" w:right="1440" w:bottom="1440" w:left="1440" w:header="720" w:footer="720" w:gutter="0"/>
      <w:cols w:space="720" w:equalWidth="0">
        <w:col w:w="10584" w:space="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6807" w:rsidRDefault="001D6807" w:rsidP="00BC43FD">
      <w:pPr>
        <w:spacing w:after="0" w:line="240" w:lineRule="auto"/>
      </w:pPr>
      <w:r>
        <w:separator/>
      </w:r>
    </w:p>
  </w:endnote>
  <w:endnote w:type="continuationSeparator" w:id="0">
    <w:p w:rsidR="001D6807" w:rsidRDefault="001D6807" w:rsidP="00BC4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4279607"/>
      <w:docPartObj>
        <w:docPartGallery w:val="Page Numbers (Bottom of Page)"/>
        <w:docPartUnique/>
      </w:docPartObj>
    </w:sdtPr>
    <w:sdtContent>
      <w:p w:rsidR="005730FE" w:rsidRDefault="005730F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1B29" w:rsidRPr="003A1B29">
          <w:rPr>
            <w:noProof/>
            <w:lang w:val="ru-RU"/>
          </w:rPr>
          <w:t>2</w:t>
        </w:r>
        <w:r>
          <w:fldChar w:fldCharType="end"/>
        </w:r>
      </w:p>
    </w:sdtContent>
  </w:sdt>
  <w:p w:rsidR="005730FE" w:rsidRDefault="005730F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6807" w:rsidRDefault="001D6807" w:rsidP="00BC43FD">
      <w:pPr>
        <w:spacing w:after="0" w:line="240" w:lineRule="auto"/>
      </w:pPr>
      <w:r>
        <w:separator/>
      </w:r>
    </w:p>
  </w:footnote>
  <w:footnote w:type="continuationSeparator" w:id="0">
    <w:p w:rsidR="001D6807" w:rsidRDefault="001D6807" w:rsidP="00BC43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35A"/>
    <w:rsid w:val="00034616"/>
    <w:rsid w:val="0006063C"/>
    <w:rsid w:val="0015074B"/>
    <w:rsid w:val="001D6807"/>
    <w:rsid w:val="0029639D"/>
    <w:rsid w:val="00326F90"/>
    <w:rsid w:val="003A1B29"/>
    <w:rsid w:val="003D7B0C"/>
    <w:rsid w:val="00561699"/>
    <w:rsid w:val="005730FE"/>
    <w:rsid w:val="005B241C"/>
    <w:rsid w:val="00712BEA"/>
    <w:rsid w:val="00A11760"/>
    <w:rsid w:val="00AA1D8D"/>
    <w:rsid w:val="00AC3D4D"/>
    <w:rsid w:val="00AF5990"/>
    <w:rsid w:val="00B47730"/>
    <w:rsid w:val="00BC43FD"/>
    <w:rsid w:val="00C70CCA"/>
    <w:rsid w:val="00CB0664"/>
    <w:rsid w:val="00F16412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965314"/>
  <w14:defaultImageDpi w14:val="300"/>
  <w15:docId w15:val="{DF201753-7B3E-415C-ACB9-84EAF084F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ff8">
    <w:name w:val="Balloon Text"/>
    <w:basedOn w:val="a1"/>
    <w:link w:val="aff9"/>
    <w:uiPriority w:val="99"/>
    <w:semiHidden/>
    <w:unhideWhenUsed/>
    <w:rsid w:val="000343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9">
    <w:name w:val="Текст выноски Знак"/>
    <w:basedOn w:val="a2"/>
    <w:link w:val="aff8"/>
    <w:uiPriority w:val="99"/>
    <w:semiHidden/>
    <w:rsid w:val="0003435A"/>
    <w:rPr>
      <w:rFonts w:ascii="Segoe UI" w:hAnsi="Segoe UI" w:cs="Segoe UI"/>
      <w:sz w:val="18"/>
      <w:szCs w:val="18"/>
    </w:rPr>
  </w:style>
  <w:style w:type="paragraph" w:styleId="affa">
    <w:name w:val="Normal (Web)"/>
    <w:basedOn w:val="a1"/>
    <w:uiPriority w:val="99"/>
    <w:semiHidden/>
    <w:unhideWhenUsed/>
    <w:rsid w:val="005730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48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19596C-41DD-4725-8074-EB8D9731E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16</Pages>
  <Words>3668</Words>
  <Characters>20912</Characters>
  <Application>Microsoft Office Word</Application>
  <DocSecurity>0</DocSecurity>
  <Lines>174</Lines>
  <Paragraphs>49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24531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Zi3</cp:lastModifiedBy>
  <cp:revision>10</cp:revision>
  <cp:lastPrinted>2024-08-25T09:32:00Z</cp:lastPrinted>
  <dcterms:created xsi:type="dcterms:W3CDTF">2013-12-23T23:15:00Z</dcterms:created>
  <dcterms:modified xsi:type="dcterms:W3CDTF">2024-08-26T09:02:00Z</dcterms:modified>
  <cp:category/>
</cp:coreProperties>
</file>