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E44" w:rsidRDefault="00022B5F">
      <w:pPr>
        <w:autoSpaceDE w:val="0"/>
        <w:autoSpaceDN w:val="0"/>
        <w:spacing w:after="78" w:line="220" w:lineRule="exact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37.5pt">
            <v:imagedata r:id="rId8" o:title="Scan_20240826_153441"/>
          </v:shape>
        </w:pict>
      </w: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B5F" w:rsidRDefault="00022B5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547E44" w:rsidRPr="006668D3" w:rsidRDefault="00022B5F">
      <w:pPr>
        <w:autoSpaceDE w:val="0"/>
        <w:autoSpaceDN w:val="0"/>
        <w:spacing w:after="0" w:line="230" w:lineRule="auto"/>
        <w:ind w:left="1494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pict>
          <v:shape id="_x0000_i1026" type="#_x0000_t75" style="width:450.75pt;height:637.5pt">
            <v:imagedata r:id="rId8" o:title="Scan_20240826_153441"/>
          </v:shape>
        </w:pict>
      </w:r>
      <w:r w:rsidR="00042C51"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>МИНИСТЕРСТВО ПРОСВЕЩЕНИЯ РОССИЙСКОЙ ФЕДЕРАЦИИ</w:t>
      </w:r>
    </w:p>
    <w:p w:rsidR="00547E44" w:rsidRPr="006668D3" w:rsidRDefault="00042C51">
      <w:pPr>
        <w:autoSpaceDE w:val="0"/>
        <w:autoSpaceDN w:val="0"/>
        <w:spacing w:before="670" w:after="0" w:line="230" w:lineRule="auto"/>
        <w:ind w:right="2284"/>
        <w:jc w:val="right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Министерство образования и науки Алтайского края</w:t>
      </w:r>
    </w:p>
    <w:p w:rsidR="00547E44" w:rsidRPr="006668D3" w:rsidRDefault="00042C51">
      <w:pPr>
        <w:autoSpaceDE w:val="0"/>
        <w:autoSpaceDN w:val="0"/>
        <w:spacing w:before="670" w:after="0" w:line="230" w:lineRule="auto"/>
        <w:ind w:left="2076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 xml:space="preserve">Комитет администрации </w:t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Калманского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района по образованию</w:t>
      </w:r>
    </w:p>
    <w:p w:rsidR="00547E44" w:rsidRDefault="00042C51">
      <w:pPr>
        <w:autoSpaceDE w:val="0"/>
        <w:autoSpaceDN w:val="0"/>
        <w:spacing w:before="670" w:after="1376" w:line="230" w:lineRule="auto"/>
        <w:ind w:right="3656"/>
        <w:jc w:val="right"/>
      </w:pPr>
      <w:r>
        <w:rPr>
          <w:rFonts w:ascii="Times New Roman" w:eastAsia="Times New Roman" w:hAnsi="Times New Roman"/>
          <w:color w:val="000000"/>
          <w:sz w:val="24"/>
        </w:rPr>
        <w:t xml:space="preserve">МБОУ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Зимаревская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СОШ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82"/>
        <w:gridCol w:w="3680"/>
        <w:gridCol w:w="3480"/>
      </w:tblGrid>
      <w:tr w:rsidR="00547E44">
        <w:trPr>
          <w:trHeight w:hRule="exact" w:val="274"/>
        </w:trPr>
        <w:tc>
          <w:tcPr>
            <w:tcW w:w="2982" w:type="dxa"/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48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РАССМОТРЕНО</w:t>
            </w:r>
          </w:p>
        </w:tc>
        <w:tc>
          <w:tcPr>
            <w:tcW w:w="3680" w:type="dxa"/>
            <w:tcMar>
              <w:left w:w="0" w:type="dxa"/>
              <w:right w:w="0" w:type="dxa"/>
            </w:tcMar>
          </w:tcPr>
          <w:p w:rsidR="00547E44" w:rsidRDefault="00547E44">
            <w:pPr>
              <w:autoSpaceDE w:val="0"/>
              <w:autoSpaceDN w:val="0"/>
              <w:spacing w:before="48" w:after="0" w:line="230" w:lineRule="auto"/>
              <w:ind w:left="536"/>
            </w:pPr>
          </w:p>
        </w:tc>
        <w:tc>
          <w:tcPr>
            <w:tcW w:w="3480" w:type="dxa"/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48" w:after="0" w:line="230" w:lineRule="auto"/>
              <w:ind w:left="372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УТВЕРЖДЕНО</w:t>
            </w:r>
          </w:p>
        </w:tc>
      </w:tr>
      <w:tr w:rsidR="00547E44" w:rsidRPr="00022B5F">
        <w:trPr>
          <w:trHeight w:hRule="exact" w:val="200"/>
        </w:trPr>
        <w:tc>
          <w:tcPr>
            <w:tcW w:w="2982" w:type="dxa"/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after="0" w:line="230" w:lineRule="auto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заседании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 xml:space="preserve"> МО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учителей</w:t>
            </w:r>
            <w:proofErr w:type="spellEnd"/>
          </w:p>
        </w:tc>
        <w:tc>
          <w:tcPr>
            <w:tcW w:w="3680" w:type="dxa"/>
            <w:tcMar>
              <w:left w:w="0" w:type="dxa"/>
              <w:right w:w="0" w:type="dxa"/>
            </w:tcMar>
          </w:tcPr>
          <w:p w:rsidR="00547E44" w:rsidRDefault="00547E44">
            <w:pPr>
              <w:autoSpaceDE w:val="0"/>
              <w:autoSpaceDN w:val="0"/>
              <w:spacing w:after="0" w:line="230" w:lineRule="auto"/>
              <w:ind w:left="536"/>
            </w:pPr>
          </w:p>
        </w:tc>
        <w:tc>
          <w:tcPr>
            <w:tcW w:w="3480" w:type="dxa"/>
            <w:tcMar>
              <w:left w:w="0" w:type="dxa"/>
              <w:right w:w="0" w:type="dxa"/>
            </w:tcMar>
          </w:tcPr>
          <w:p w:rsidR="00547E44" w:rsidRPr="007B5600" w:rsidRDefault="007B5600" w:rsidP="007B5600">
            <w:pPr>
              <w:autoSpaceDE w:val="0"/>
              <w:autoSpaceDN w:val="0"/>
              <w:spacing w:after="0" w:line="230" w:lineRule="auto"/>
              <w:ind w:left="372"/>
              <w:rPr>
                <w:lang w:val="ru-RU"/>
              </w:rPr>
            </w:pPr>
            <w:r w:rsidRPr="007B5600">
              <w:rPr>
                <w:rFonts w:ascii="Times New Roman" w:eastAsia="Times New Roman" w:hAnsi="Times New Roman"/>
                <w:color w:val="000000"/>
                <w:w w:val="102"/>
                <w:sz w:val="20"/>
                <w:lang w:val="ru-RU"/>
              </w:rPr>
              <w:t>П</w:t>
            </w:r>
            <w:r w:rsidR="00042C51" w:rsidRPr="007B5600">
              <w:rPr>
                <w:rFonts w:ascii="Times New Roman" w:eastAsia="Times New Roman" w:hAnsi="Times New Roman"/>
                <w:color w:val="000000"/>
                <w:w w:val="102"/>
                <w:sz w:val="20"/>
                <w:lang w:val="ru-RU"/>
              </w:rPr>
              <w:t>риказ</w:t>
            </w:r>
            <w:r>
              <w:rPr>
                <w:rFonts w:ascii="Times New Roman" w:eastAsia="Times New Roman" w:hAnsi="Times New Roman"/>
                <w:color w:val="000000"/>
                <w:w w:val="102"/>
                <w:sz w:val="20"/>
                <w:lang w:val="ru-RU"/>
              </w:rPr>
              <w:t xml:space="preserve"> и. о.</w:t>
            </w:r>
            <w:r w:rsidR="00042C51" w:rsidRPr="007B5600">
              <w:rPr>
                <w:rFonts w:ascii="Times New Roman" w:eastAsia="Times New Roman" w:hAnsi="Times New Roman"/>
                <w:color w:val="000000"/>
                <w:w w:val="102"/>
                <w:sz w:val="20"/>
                <w:lang w:val="ru-RU"/>
              </w:rPr>
              <w:t xml:space="preserve"> директора МБОУ</w:t>
            </w:r>
          </w:p>
        </w:tc>
      </w:tr>
      <w:tr w:rsidR="00547E44" w:rsidRPr="007B5600">
        <w:trPr>
          <w:trHeight w:hRule="exact" w:val="400"/>
        </w:trPr>
        <w:tc>
          <w:tcPr>
            <w:tcW w:w="2982" w:type="dxa"/>
            <w:vMerge w:val="restart"/>
            <w:tcMar>
              <w:left w:w="0" w:type="dxa"/>
              <w:right w:w="0" w:type="dxa"/>
            </w:tcMar>
          </w:tcPr>
          <w:p w:rsidR="00547E44" w:rsidRPr="007B5600" w:rsidRDefault="00042C51">
            <w:pPr>
              <w:autoSpaceDE w:val="0"/>
              <w:autoSpaceDN w:val="0"/>
              <w:spacing w:before="198" w:after="0" w:line="230" w:lineRule="auto"/>
              <w:rPr>
                <w:lang w:val="ru-RU"/>
              </w:rPr>
            </w:pPr>
            <w:r w:rsidRPr="007B5600">
              <w:rPr>
                <w:rFonts w:ascii="Times New Roman" w:eastAsia="Times New Roman" w:hAnsi="Times New Roman"/>
                <w:color w:val="000000"/>
                <w:w w:val="102"/>
                <w:sz w:val="20"/>
                <w:lang w:val="ru-RU"/>
              </w:rPr>
              <w:t>________________________</w:t>
            </w:r>
          </w:p>
        </w:tc>
        <w:tc>
          <w:tcPr>
            <w:tcW w:w="3680" w:type="dxa"/>
            <w:vMerge w:val="restart"/>
            <w:tcMar>
              <w:left w:w="0" w:type="dxa"/>
              <w:right w:w="0" w:type="dxa"/>
            </w:tcMar>
          </w:tcPr>
          <w:p w:rsidR="00547E44" w:rsidRPr="007B5600" w:rsidRDefault="00547E44">
            <w:pPr>
              <w:autoSpaceDE w:val="0"/>
              <w:autoSpaceDN w:val="0"/>
              <w:spacing w:before="198" w:after="0" w:line="230" w:lineRule="auto"/>
              <w:ind w:left="536"/>
              <w:rPr>
                <w:lang w:val="ru-RU"/>
              </w:rPr>
            </w:pPr>
          </w:p>
        </w:tc>
        <w:tc>
          <w:tcPr>
            <w:tcW w:w="3480" w:type="dxa"/>
            <w:tcMar>
              <w:left w:w="0" w:type="dxa"/>
              <w:right w:w="0" w:type="dxa"/>
            </w:tcMar>
          </w:tcPr>
          <w:p w:rsidR="00547E44" w:rsidRPr="007B5600" w:rsidRDefault="00042C51">
            <w:pPr>
              <w:autoSpaceDE w:val="0"/>
              <w:autoSpaceDN w:val="0"/>
              <w:spacing w:after="0" w:line="230" w:lineRule="auto"/>
              <w:ind w:left="372"/>
              <w:rPr>
                <w:lang w:val="ru-RU"/>
              </w:rPr>
            </w:pPr>
            <w:proofErr w:type="spellStart"/>
            <w:r w:rsidRPr="007B5600">
              <w:rPr>
                <w:rFonts w:ascii="Times New Roman" w:eastAsia="Times New Roman" w:hAnsi="Times New Roman"/>
                <w:color w:val="000000"/>
                <w:w w:val="102"/>
                <w:sz w:val="20"/>
                <w:lang w:val="ru-RU"/>
              </w:rPr>
              <w:t>Зимаревская</w:t>
            </w:r>
            <w:proofErr w:type="spellEnd"/>
            <w:r w:rsidRPr="007B5600">
              <w:rPr>
                <w:rFonts w:ascii="Times New Roman" w:eastAsia="Times New Roman" w:hAnsi="Times New Roman"/>
                <w:color w:val="000000"/>
                <w:w w:val="102"/>
                <w:sz w:val="20"/>
                <w:lang w:val="ru-RU"/>
              </w:rPr>
              <w:t xml:space="preserve"> СОШ</w:t>
            </w:r>
          </w:p>
        </w:tc>
      </w:tr>
      <w:tr w:rsidR="00547E44" w:rsidRPr="007B5600">
        <w:trPr>
          <w:trHeight w:hRule="exact" w:val="116"/>
        </w:trPr>
        <w:tc>
          <w:tcPr>
            <w:tcW w:w="3431" w:type="dxa"/>
            <w:vMerge/>
          </w:tcPr>
          <w:p w:rsidR="00547E44" w:rsidRPr="007B5600" w:rsidRDefault="00547E44">
            <w:pPr>
              <w:rPr>
                <w:lang w:val="ru-RU"/>
              </w:rPr>
            </w:pPr>
          </w:p>
        </w:tc>
        <w:tc>
          <w:tcPr>
            <w:tcW w:w="3431" w:type="dxa"/>
            <w:vMerge/>
          </w:tcPr>
          <w:p w:rsidR="00547E44" w:rsidRPr="007B5600" w:rsidRDefault="00547E44">
            <w:pPr>
              <w:rPr>
                <w:lang w:val="ru-RU"/>
              </w:rPr>
            </w:pPr>
          </w:p>
        </w:tc>
        <w:tc>
          <w:tcPr>
            <w:tcW w:w="3480" w:type="dxa"/>
            <w:vMerge w:val="restart"/>
            <w:tcMar>
              <w:left w:w="0" w:type="dxa"/>
              <w:right w:w="0" w:type="dxa"/>
            </w:tcMar>
          </w:tcPr>
          <w:p w:rsidR="00547E44" w:rsidRPr="007B5600" w:rsidRDefault="00042C51" w:rsidP="007B5600">
            <w:pPr>
              <w:autoSpaceDE w:val="0"/>
              <w:autoSpaceDN w:val="0"/>
              <w:spacing w:before="2" w:after="0" w:line="230" w:lineRule="auto"/>
              <w:ind w:left="372"/>
              <w:rPr>
                <w:lang w:val="ru-RU"/>
              </w:rPr>
            </w:pPr>
            <w:r w:rsidRPr="007B5600">
              <w:rPr>
                <w:rFonts w:ascii="Times New Roman" w:eastAsia="Times New Roman" w:hAnsi="Times New Roman"/>
                <w:color w:val="000000"/>
                <w:w w:val="102"/>
                <w:sz w:val="20"/>
                <w:lang w:val="ru-RU"/>
              </w:rPr>
              <w:t xml:space="preserve">______________Л. </w:t>
            </w:r>
            <w:r w:rsidR="007B5600">
              <w:rPr>
                <w:rFonts w:ascii="Times New Roman" w:eastAsia="Times New Roman" w:hAnsi="Times New Roman"/>
                <w:color w:val="000000"/>
                <w:w w:val="102"/>
                <w:sz w:val="20"/>
                <w:lang w:val="ru-RU"/>
              </w:rPr>
              <w:t>А. Проничкина</w:t>
            </w:r>
          </w:p>
        </w:tc>
      </w:tr>
      <w:tr w:rsidR="00547E44" w:rsidRPr="007B5600">
        <w:trPr>
          <w:trHeight w:hRule="exact" w:val="304"/>
        </w:trPr>
        <w:tc>
          <w:tcPr>
            <w:tcW w:w="2982" w:type="dxa"/>
            <w:tcMar>
              <w:left w:w="0" w:type="dxa"/>
              <w:right w:w="0" w:type="dxa"/>
            </w:tcMar>
          </w:tcPr>
          <w:p w:rsidR="00547E44" w:rsidRPr="007B5600" w:rsidRDefault="00042C51">
            <w:pPr>
              <w:autoSpaceDE w:val="0"/>
              <w:autoSpaceDN w:val="0"/>
              <w:spacing w:before="78" w:after="0" w:line="230" w:lineRule="auto"/>
              <w:rPr>
                <w:lang w:val="ru-RU"/>
              </w:rPr>
            </w:pPr>
            <w:r w:rsidRPr="007B5600">
              <w:rPr>
                <w:rFonts w:ascii="Times New Roman" w:eastAsia="Times New Roman" w:hAnsi="Times New Roman"/>
                <w:color w:val="000000"/>
                <w:w w:val="102"/>
                <w:sz w:val="20"/>
                <w:lang w:val="ru-RU"/>
              </w:rPr>
              <w:t>Протокол №____</w:t>
            </w:r>
          </w:p>
        </w:tc>
        <w:tc>
          <w:tcPr>
            <w:tcW w:w="3680" w:type="dxa"/>
            <w:tcMar>
              <w:left w:w="0" w:type="dxa"/>
              <w:right w:w="0" w:type="dxa"/>
            </w:tcMar>
          </w:tcPr>
          <w:p w:rsidR="00547E44" w:rsidRPr="007B5600" w:rsidRDefault="00547E44">
            <w:pPr>
              <w:autoSpaceDE w:val="0"/>
              <w:autoSpaceDN w:val="0"/>
              <w:spacing w:before="78" w:after="0" w:line="230" w:lineRule="auto"/>
              <w:ind w:left="536"/>
              <w:rPr>
                <w:lang w:val="ru-RU"/>
              </w:rPr>
            </w:pPr>
          </w:p>
        </w:tc>
        <w:tc>
          <w:tcPr>
            <w:tcW w:w="3431" w:type="dxa"/>
            <w:vMerge/>
          </w:tcPr>
          <w:p w:rsidR="00547E44" w:rsidRPr="007B5600" w:rsidRDefault="00547E44">
            <w:pPr>
              <w:rPr>
                <w:lang w:val="ru-RU"/>
              </w:rPr>
            </w:pPr>
          </w:p>
        </w:tc>
      </w:tr>
      <w:tr w:rsidR="00547E44">
        <w:trPr>
          <w:trHeight w:hRule="exact" w:val="300"/>
        </w:trPr>
        <w:tc>
          <w:tcPr>
            <w:tcW w:w="2982" w:type="dxa"/>
            <w:vMerge w:val="restart"/>
            <w:tcMar>
              <w:left w:w="0" w:type="dxa"/>
              <w:right w:w="0" w:type="dxa"/>
            </w:tcMar>
          </w:tcPr>
          <w:p w:rsidR="00547E44" w:rsidRPr="007B5600" w:rsidRDefault="008446C8" w:rsidP="007B5600">
            <w:pPr>
              <w:autoSpaceDE w:val="0"/>
              <w:autoSpaceDN w:val="0"/>
              <w:spacing w:before="194" w:after="0" w:line="230" w:lineRule="auto"/>
              <w:rPr>
                <w:lang w:val="ru-RU"/>
              </w:rPr>
            </w:pPr>
            <w:r w:rsidRPr="007B5600">
              <w:rPr>
                <w:rFonts w:ascii="Times New Roman" w:eastAsia="Times New Roman" w:hAnsi="Times New Roman"/>
                <w:color w:val="000000"/>
                <w:w w:val="102"/>
                <w:sz w:val="20"/>
                <w:lang w:val="ru-RU"/>
              </w:rPr>
              <w:t>от "____" август202</w:t>
            </w:r>
            <w:r w:rsidR="007B5600">
              <w:rPr>
                <w:rFonts w:ascii="Times New Roman" w:eastAsia="Times New Roman" w:hAnsi="Times New Roman"/>
                <w:color w:val="000000"/>
                <w:w w:val="102"/>
                <w:sz w:val="20"/>
                <w:lang w:val="ru-RU"/>
              </w:rPr>
              <w:t>4</w:t>
            </w:r>
            <w:r w:rsidR="00042C51" w:rsidRPr="007B5600">
              <w:rPr>
                <w:rFonts w:ascii="Times New Roman" w:eastAsia="Times New Roman" w:hAnsi="Times New Roman"/>
                <w:color w:val="000000"/>
                <w:w w:val="102"/>
                <w:sz w:val="20"/>
                <w:lang w:val="ru-RU"/>
              </w:rPr>
              <w:t xml:space="preserve"> г.</w:t>
            </w:r>
          </w:p>
        </w:tc>
        <w:tc>
          <w:tcPr>
            <w:tcW w:w="3680" w:type="dxa"/>
            <w:vMerge w:val="restart"/>
            <w:tcMar>
              <w:left w:w="0" w:type="dxa"/>
              <w:right w:w="0" w:type="dxa"/>
            </w:tcMar>
          </w:tcPr>
          <w:p w:rsidR="00547E44" w:rsidRPr="007B5600" w:rsidRDefault="00547E44" w:rsidP="008446C8">
            <w:pPr>
              <w:autoSpaceDE w:val="0"/>
              <w:autoSpaceDN w:val="0"/>
              <w:spacing w:before="194" w:after="0" w:line="230" w:lineRule="auto"/>
              <w:ind w:left="536"/>
              <w:rPr>
                <w:lang w:val="ru-RU"/>
              </w:rPr>
            </w:pPr>
          </w:p>
        </w:tc>
        <w:tc>
          <w:tcPr>
            <w:tcW w:w="3480" w:type="dxa"/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after="0" w:line="230" w:lineRule="auto"/>
              <w:ind w:left="372"/>
            </w:pPr>
            <w:proofErr w:type="spellStart"/>
            <w:r w:rsidRPr="007B5600">
              <w:rPr>
                <w:rFonts w:ascii="Times New Roman" w:eastAsia="Times New Roman" w:hAnsi="Times New Roman"/>
                <w:color w:val="000000"/>
                <w:w w:val="102"/>
                <w:sz w:val="20"/>
                <w:lang w:val="ru-RU"/>
              </w:rPr>
              <w:t>Прик</w:t>
            </w: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аз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 xml:space="preserve"> №___</w:t>
            </w:r>
          </w:p>
        </w:tc>
      </w:tr>
      <w:tr w:rsidR="00547E44">
        <w:trPr>
          <w:trHeight w:hRule="exact" w:val="384"/>
        </w:trPr>
        <w:tc>
          <w:tcPr>
            <w:tcW w:w="3431" w:type="dxa"/>
            <w:vMerge/>
          </w:tcPr>
          <w:p w:rsidR="00547E44" w:rsidRDefault="00547E44"/>
        </w:tc>
        <w:tc>
          <w:tcPr>
            <w:tcW w:w="3431" w:type="dxa"/>
            <w:vMerge/>
          </w:tcPr>
          <w:p w:rsidR="00547E44" w:rsidRDefault="00547E44"/>
        </w:tc>
        <w:tc>
          <w:tcPr>
            <w:tcW w:w="3480" w:type="dxa"/>
            <w:tcMar>
              <w:left w:w="0" w:type="dxa"/>
              <w:right w:w="0" w:type="dxa"/>
            </w:tcMar>
          </w:tcPr>
          <w:p w:rsidR="00547E44" w:rsidRDefault="008446C8" w:rsidP="007B5600">
            <w:pPr>
              <w:autoSpaceDE w:val="0"/>
              <w:autoSpaceDN w:val="0"/>
              <w:spacing w:before="98" w:after="0" w:line="230" w:lineRule="auto"/>
              <w:ind w:left="3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от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 xml:space="preserve"> "___" август202</w:t>
            </w:r>
            <w:r w:rsidR="007B5600">
              <w:rPr>
                <w:rFonts w:ascii="Times New Roman" w:eastAsia="Times New Roman" w:hAnsi="Times New Roman"/>
                <w:color w:val="000000"/>
                <w:w w:val="102"/>
                <w:sz w:val="20"/>
                <w:lang w:val="ru-RU"/>
              </w:rPr>
              <w:t>4</w:t>
            </w:r>
            <w:r w:rsidR="00042C51"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 xml:space="preserve"> г.</w:t>
            </w:r>
          </w:p>
        </w:tc>
      </w:tr>
    </w:tbl>
    <w:p w:rsidR="00547E44" w:rsidRDefault="00042C51">
      <w:pPr>
        <w:autoSpaceDE w:val="0"/>
        <w:autoSpaceDN w:val="0"/>
        <w:spacing w:before="978" w:after="0" w:line="230" w:lineRule="auto"/>
        <w:ind w:right="3652"/>
        <w:jc w:val="right"/>
      </w:pPr>
      <w:r>
        <w:rPr>
          <w:rFonts w:ascii="Times New Roman" w:eastAsia="Times New Roman" w:hAnsi="Times New Roman"/>
          <w:b/>
          <w:color w:val="000000"/>
          <w:sz w:val="24"/>
        </w:rPr>
        <w:t>РАБОЧАЯ ПРОГРАММА</w:t>
      </w:r>
    </w:p>
    <w:p w:rsidR="00547E44" w:rsidRDefault="00042C51">
      <w:pPr>
        <w:autoSpaceDE w:val="0"/>
        <w:autoSpaceDN w:val="0"/>
        <w:spacing w:before="70" w:after="0" w:line="230" w:lineRule="auto"/>
        <w:ind w:right="4424"/>
        <w:jc w:val="right"/>
      </w:pPr>
      <w:r>
        <w:rPr>
          <w:rFonts w:ascii="Times New Roman" w:eastAsia="Times New Roman" w:hAnsi="Times New Roman"/>
          <w:b/>
          <w:color w:val="000000"/>
          <w:sz w:val="24"/>
        </w:rPr>
        <w:t>(ID 4732362)</w:t>
      </w:r>
    </w:p>
    <w:p w:rsidR="00547E44" w:rsidRDefault="00042C51">
      <w:pPr>
        <w:autoSpaceDE w:val="0"/>
        <w:autoSpaceDN w:val="0"/>
        <w:spacing w:before="166" w:after="0" w:line="230" w:lineRule="auto"/>
        <w:ind w:right="4208"/>
        <w:jc w:val="right"/>
      </w:pP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</w:rPr>
        <w:t>учебного</w:t>
      </w:r>
      <w:proofErr w:type="spellEnd"/>
      <w:proofErr w:type="gramEnd"/>
      <w:r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курса</w:t>
      </w:r>
      <w:proofErr w:type="spellEnd"/>
    </w:p>
    <w:p w:rsidR="00547E44" w:rsidRPr="006668D3" w:rsidRDefault="00042C51">
      <w:pPr>
        <w:autoSpaceDE w:val="0"/>
        <w:autoSpaceDN w:val="0"/>
        <w:spacing w:before="70" w:after="0" w:line="230" w:lineRule="auto"/>
        <w:ind w:left="2232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«Основы духовно-нравственной культуры народов России»</w:t>
      </w:r>
    </w:p>
    <w:p w:rsidR="00547E44" w:rsidRPr="006668D3" w:rsidRDefault="00042C51">
      <w:pPr>
        <w:autoSpaceDE w:val="0"/>
        <w:autoSpaceDN w:val="0"/>
        <w:spacing w:before="670" w:after="0" w:line="230" w:lineRule="auto"/>
        <w:ind w:right="2738"/>
        <w:jc w:val="right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для 6 класса основного общего образования</w:t>
      </w:r>
    </w:p>
    <w:p w:rsidR="00547E44" w:rsidRPr="006668D3" w:rsidRDefault="008446C8">
      <w:pPr>
        <w:autoSpaceDE w:val="0"/>
        <w:autoSpaceDN w:val="0"/>
        <w:spacing w:before="70" w:after="0" w:line="230" w:lineRule="auto"/>
        <w:ind w:right="3622"/>
        <w:jc w:val="right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на 202</w:t>
      </w:r>
      <w:r w:rsidR="007B5600">
        <w:rPr>
          <w:rFonts w:ascii="Times New Roman" w:eastAsia="Times New Roman" w:hAnsi="Times New Roman"/>
          <w:color w:val="000000"/>
          <w:sz w:val="24"/>
          <w:lang w:val="ru-RU"/>
        </w:rPr>
        <w:t>4</w:t>
      </w:r>
      <w:r w:rsidR="00042C51" w:rsidRPr="006668D3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gramStart"/>
      <w:r w:rsidR="00042C51" w:rsidRPr="006668D3">
        <w:rPr>
          <w:rFonts w:ascii="Times New Roman" w:eastAsia="Times New Roman" w:hAnsi="Times New Roman"/>
          <w:color w:val="000000"/>
          <w:sz w:val="24"/>
          <w:lang w:val="ru-RU"/>
        </w:rPr>
        <w:t>202</w:t>
      </w:r>
      <w:r w:rsidR="007B5600">
        <w:rPr>
          <w:rFonts w:ascii="Times New Roman" w:eastAsia="Times New Roman" w:hAnsi="Times New Roman"/>
          <w:color w:val="000000"/>
          <w:sz w:val="24"/>
          <w:lang w:val="ru-RU"/>
        </w:rPr>
        <w:t>5</w:t>
      </w:r>
      <w:r w:rsidR="00042C51"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 учебный</w:t>
      </w:r>
      <w:proofErr w:type="gramEnd"/>
      <w:r w:rsidR="00042C51"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год</w:t>
      </w:r>
    </w:p>
    <w:p w:rsidR="007B5600" w:rsidRDefault="007B5600">
      <w:pPr>
        <w:autoSpaceDE w:val="0"/>
        <w:autoSpaceDN w:val="0"/>
        <w:spacing w:after="0" w:line="230" w:lineRule="auto"/>
        <w:ind w:right="3690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7B5600" w:rsidRDefault="007B5600">
      <w:pPr>
        <w:autoSpaceDE w:val="0"/>
        <w:autoSpaceDN w:val="0"/>
        <w:spacing w:after="0" w:line="230" w:lineRule="auto"/>
        <w:ind w:right="3690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7B5600" w:rsidRDefault="007B5600">
      <w:pPr>
        <w:autoSpaceDE w:val="0"/>
        <w:autoSpaceDN w:val="0"/>
        <w:spacing w:after="0" w:line="230" w:lineRule="auto"/>
        <w:ind w:right="3690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7B5600" w:rsidRDefault="007B5600">
      <w:pPr>
        <w:autoSpaceDE w:val="0"/>
        <w:autoSpaceDN w:val="0"/>
        <w:spacing w:after="0" w:line="230" w:lineRule="auto"/>
        <w:ind w:right="3690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7B5600" w:rsidRDefault="007B5600">
      <w:pPr>
        <w:autoSpaceDE w:val="0"/>
        <w:autoSpaceDN w:val="0"/>
        <w:spacing w:after="0" w:line="230" w:lineRule="auto"/>
        <w:ind w:right="3690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7B5600" w:rsidRDefault="007B5600">
      <w:pPr>
        <w:autoSpaceDE w:val="0"/>
        <w:autoSpaceDN w:val="0"/>
        <w:spacing w:after="0" w:line="230" w:lineRule="auto"/>
        <w:ind w:right="3690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7B5600" w:rsidRDefault="007B5600">
      <w:pPr>
        <w:autoSpaceDE w:val="0"/>
        <w:autoSpaceDN w:val="0"/>
        <w:spacing w:after="0" w:line="230" w:lineRule="auto"/>
        <w:ind w:right="3690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7B5600" w:rsidRDefault="007B5600">
      <w:pPr>
        <w:autoSpaceDE w:val="0"/>
        <w:autoSpaceDN w:val="0"/>
        <w:spacing w:after="0" w:line="230" w:lineRule="auto"/>
        <w:ind w:right="3690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7B5600" w:rsidRDefault="007B5600">
      <w:pPr>
        <w:autoSpaceDE w:val="0"/>
        <w:autoSpaceDN w:val="0"/>
        <w:spacing w:after="0" w:line="230" w:lineRule="auto"/>
        <w:ind w:right="3690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7B5600" w:rsidRDefault="007B5600">
      <w:pPr>
        <w:autoSpaceDE w:val="0"/>
        <w:autoSpaceDN w:val="0"/>
        <w:spacing w:after="0" w:line="230" w:lineRule="auto"/>
        <w:ind w:right="3690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7B5600" w:rsidRDefault="007B5600">
      <w:pPr>
        <w:autoSpaceDE w:val="0"/>
        <w:autoSpaceDN w:val="0"/>
        <w:spacing w:after="0" w:line="230" w:lineRule="auto"/>
        <w:ind w:right="3690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547E44" w:rsidRPr="006668D3" w:rsidRDefault="007B5600">
      <w:pPr>
        <w:autoSpaceDE w:val="0"/>
        <w:autoSpaceDN w:val="0"/>
        <w:spacing w:after="0" w:line="230" w:lineRule="auto"/>
        <w:ind w:right="3690"/>
        <w:jc w:val="right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с. </w:t>
      </w:r>
      <w:proofErr w:type="spellStart"/>
      <w:r>
        <w:rPr>
          <w:rFonts w:ascii="Times New Roman" w:eastAsia="Times New Roman" w:hAnsi="Times New Roman"/>
          <w:color w:val="000000"/>
          <w:sz w:val="24"/>
          <w:lang w:val="ru-RU"/>
        </w:rPr>
        <w:t>Зимари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2024</w:t>
      </w:r>
    </w:p>
    <w:p w:rsidR="00547E44" w:rsidRPr="006668D3" w:rsidRDefault="00547E44">
      <w:pPr>
        <w:rPr>
          <w:lang w:val="ru-RU"/>
        </w:rPr>
        <w:sectPr w:rsidR="00547E44" w:rsidRPr="006668D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29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:rsidR="00547E44" w:rsidRPr="006668D3" w:rsidRDefault="00547E44">
      <w:pPr>
        <w:autoSpaceDE w:val="0"/>
        <w:autoSpaceDN w:val="0"/>
        <w:spacing w:after="78" w:line="220" w:lineRule="exact"/>
        <w:rPr>
          <w:lang w:val="ru-RU"/>
        </w:rPr>
      </w:pPr>
    </w:p>
    <w:p w:rsidR="00547E44" w:rsidRPr="006668D3" w:rsidRDefault="00042C51">
      <w:pPr>
        <w:autoSpaceDE w:val="0"/>
        <w:autoSpaceDN w:val="0"/>
        <w:spacing w:after="0" w:line="230" w:lineRule="auto"/>
        <w:rPr>
          <w:lang w:val="ru-RU"/>
        </w:rPr>
      </w:pPr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547E44" w:rsidRPr="006668D3" w:rsidRDefault="00042C51">
      <w:pPr>
        <w:autoSpaceDE w:val="0"/>
        <w:autoSpaceDN w:val="0"/>
        <w:spacing w:before="346" w:after="0" w:line="262" w:lineRule="auto"/>
        <w:rPr>
          <w:lang w:val="ru-RU"/>
        </w:rPr>
      </w:pPr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КУРСА «ОСНОВЫ ДУХОВНО-НРАВСТВЕННОЙ КУЛЬТУРЫ НАРОДОВ РОССИИ»</w:t>
      </w:r>
    </w:p>
    <w:p w:rsidR="00547E44" w:rsidRPr="006668D3" w:rsidRDefault="00042C51">
      <w:pPr>
        <w:tabs>
          <w:tab w:val="left" w:pos="180"/>
        </w:tabs>
        <w:autoSpaceDE w:val="0"/>
        <w:autoSpaceDN w:val="0"/>
        <w:spacing w:before="166" w:after="0" w:line="286" w:lineRule="auto"/>
        <w:ind w:right="144"/>
        <w:rPr>
          <w:lang w:val="ru-RU"/>
        </w:rPr>
      </w:pP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Программа по предметной области «Основы духовно-нравственной культуры народов России»(далее  — ОДНКНР) для 6 классов образовательных организаций составлена в соответствии с: </w:t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требованиями Федерального государственного образовательного стандарта основного общего образования (ФГОС ООО) (утверждён приказом  Министерства просвещения Российской Федерации от 31 мая 2021 г. № 287); </w:t>
      </w:r>
      <w:r w:rsidRPr="006668D3">
        <w:rPr>
          <w:lang w:val="ru-RU"/>
        </w:rPr>
        <w:br/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требованиями к результатам освоения программы основного общего образования (личностным, </w:t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метапредметным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, предметным); </w:t>
      </w:r>
      <w:r w:rsidRPr="006668D3">
        <w:rPr>
          <w:lang w:val="ru-RU"/>
        </w:rPr>
        <w:br/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основными подходами к развитию и формированию универсальных учебных действий (УУД) для основного общего образования.</w:t>
      </w:r>
    </w:p>
    <w:p w:rsidR="00547E44" w:rsidRPr="006668D3" w:rsidRDefault="00042C51">
      <w:pPr>
        <w:autoSpaceDE w:val="0"/>
        <w:autoSpaceDN w:val="0"/>
        <w:spacing w:before="70" w:after="0" w:line="286" w:lineRule="auto"/>
        <w:ind w:right="144" w:firstLine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В программе по данному курсу соблюдается преемственность с Федеральным государственным образовательным стандартом начального общего образования, а также учитываются возрастные и психологические особенности обучающихся на ступени основного общего образования, 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необходимость формирования </w:t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межпредметных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связей. Также в программе учитывается, что данная дисциплина носит культурологический и воспитательный характер, что позволяет утверждать, что именно духовно-нравственное развитие обучающихся в духе общероссийской гражданской идентичности на основе традиционных российских духовно-нравственных ценностей — важнейший результат обучения ОДНКНР.</w:t>
      </w:r>
    </w:p>
    <w:p w:rsidR="00547E44" w:rsidRPr="006668D3" w:rsidRDefault="00042C51">
      <w:pPr>
        <w:autoSpaceDE w:val="0"/>
        <w:autoSpaceDN w:val="0"/>
        <w:spacing w:before="70" w:after="0"/>
        <w:ind w:right="720" w:firstLine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Сохранение традиционных российских духовно-нравственных ценностей как значимой части культурного и исторического наследия народов </w:t>
      </w:r>
      <w:proofErr w:type="gram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России  —</w:t>
      </w:r>
      <w:proofErr w:type="gram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один из ключевых национальных приоритетов Российской Федерации, способствующих дальнейшей </w:t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гуманизации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и развитию российского общества, формированию гражданской идентичности у подрастающих поколений.</w:t>
      </w:r>
    </w:p>
    <w:p w:rsidR="00547E44" w:rsidRPr="006668D3" w:rsidRDefault="00042C51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Согласно Стратегии национальной безопасности Российской Федерации (утверждена указом Президента Российской Федерации от 2  июля 2021 г. № 400, пункт 91), к традиционным российским духовно-нравственным ценностям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историческая память и преемственность поколений, единство народов России. Именно традиционные российские духовно-нравственные ценности объединяют Россию как многонациональное и 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многоконфессиональное государство, лежат в основе представлений о гражданской идентичности как ключевом ориентире духовно-нравственного развития обучающихся.</w:t>
      </w:r>
    </w:p>
    <w:p w:rsidR="00547E44" w:rsidRPr="006668D3" w:rsidRDefault="00042C51">
      <w:pPr>
        <w:autoSpaceDE w:val="0"/>
        <w:autoSpaceDN w:val="0"/>
        <w:spacing w:before="70" w:after="0"/>
        <w:ind w:firstLine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Центральная идея гражданской идентичности — образ будущего нашей страны, который 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формируется с учётом национальных и стратегических приоритетов российского общества, 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культурно-исторических традиций всех народов России, духовно-нравственных ценностей, присущих ей на протяжении всей её истории.</w:t>
      </w:r>
    </w:p>
    <w:p w:rsidR="00547E44" w:rsidRPr="006668D3" w:rsidRDefault="00042C51">
      <w:pPr>
        <w:autoSpaceDE w:val="0"/>
        <w:autoSpaceDN w:val="0"/>
        <w:spacing w:before="70" w:after="0" w:line="283" w:lineRule="auto"/>
        <w:ind w:right="432" w:firstLine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В  процессе изучения курса ОДНКНР школьники получают возможность систематизировать, расширять и углублять полученные в рамках общественно-научных дисциплин знания и представления о структуре и закономерностях развития социума, о прошлом и настоящем родной страны, находить в истории российского общества существенные связи с традиционной духовно-нравственной культурой России, определять свою идентичность как члена семьи, школьного коллектива, региональной общности, гражданина страны с опорой на традиционные духовно-нравственные ценности.</w:t>
      </w:r>
    </w:p>
    <w:p w:rsidR="00547E44" w:rsidRPr="006668D3" w:rsidRDefault="00042C51">
      <w:pPr>
        <w:autoSpaceDE w:val="0"/>
        <w:autoSpaceDN w:val="0"/>
        <w:spacing w:after="0" w:line="271" w:lineRule="auto"/>
        <w:ind w:firstLine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Не менее важно отметить, что данный курс формируется и преподаётся в соответствии с 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принципами </w:t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культурологичности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культуросообразности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, научности содержания и подхода к отбору информации, соответствия требованиям возрастной педагогики и психологии.</w:t>
      </w:r>
    </w:p>
    <w:p w:rsidR="00547E44" w:rsidRPr="006668D3" w:rsidRDefault="00042C51">
      <w:pPr>
        <w:autoSpaceDE w:val="0"/>
        <w:autoSpaceDN w:val="0"/>
        <w:spacing w:before="70" w:after="0" w:line="281" w:lineRule="auto"/>
        <w:ind w:right="288" w:firstLine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В процессе </w:t>
      </w:r>
      <w:proofErr w:type="gram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изучения курса</w:t>
      </w:r>
      <w:proofErr w:type="gram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обучающиеся получают представление о существенных взаимосвязях между материальной и духовной культурой, обусловленности культурных реалий современного общества его духовно-нравственным обликом. Изучаются основные компоненты культуры, её специфические инструменты </w:t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самопрезентации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, исторические и современные особенности духовно-нравственного развития народов России.</w:t>
      </w:r>
    </w:p>
    <w:p w:rsidR="00547E44" w:rsidRPr="006668D3" w:rsidRDefault="00042C51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Содержание курса направлено на формирование нравственного идеала, гражданской идентичности личности обучающегося и воспитание патриотических чувств к Родине (осознание себя как гражданина своего Отечества), формирование исторической памяти.</w:t>
      </w:r>
    </w:p>
    <w:p w:rsidR="00547E44" w:rsidRPr="006668D3" w:rsidRDefault="00042C51">
      <w:pPr>
        <w:autoSpaceDE w:val="0"/>
        <w:autoSpaceDN w:val="0"/>
        <w:spacing w:before="72" w:after="0" w:line="281" w:lineRule="auto"/>
        <w:ind w:firstLine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Материал курса представлен через актуализацию макроуровня (Россия в целом как 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многонациональное, </w:t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поликонфессиональное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государство, с едиными для всех законами, 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общероссийскими духовно-нравственными и культурными ценностями) на микроуровне (собственная идентичность, осознанная как часть малой Родины, семьи и семейных традиций, этнической и религиозной истории, к которой принадлежит обучающийся как личность).</w:t>
      </w:r>
    </w:p>
    <w:p w:rsidR="00547E44" w:rsidRPr="006668D3" w:rsidRDefault="00042C51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6668D3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Принцип </w:t>
      </w:r>
      <w:proofErr w:type="spellStart"/>
      <w:r w:rsidRPr="006668D3">
        <w:rPr>
          <w:rFonts w:ascii="Times New Roman" w:eastAsia="Times New Roman" w:hAnsi="Times New Roman"/>
          <w:i/>
          <w:color w:val="000000"/>
          <w:sz w:val="24"/>
          <w:lang w:val="ru-RU"/>
        </w:rPr>
        <w:t>культурологичности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в преподавании означает важность культурологического, а не конфессионального подхода, отсутствие культурной, этнической, религиозной ангажированности в содержании предмета и его смысловых акцентах.</w:t>
      </w:r>
    </w:p>
    <w:p w:rsidR="00547E44" w:rsidRPr="006668D3" w:rsidRDefault="00042C51">
      <w:pPr>
        <w:autoSpaceDE w:val="0"/>
        <w:autoSpaceDN w:val="0"/>
        <w:spacing w:before="70" w:after="0"/>
        <w:ind w:firstLine="180"/>
        <w:rPr>
          <w:lang w:val="ru-RU"/>
        </w:rPr>
      </w:pPr>
      <w:r w:rsidRPr="006668D3">
        <w:rPr>
          <w:rFonts w:ascii="Times New Roman" w:eastAsia="Times New Roman" w:hAnsi="Times New Roman"/>
          <w:i/>
          <w:color w:val="000000"/>
          <w:sz w:val="24"/>
          <w:lang w:val="ru-RU"/>
        </w:rPr>
        <w:t>Принцип научности подходов и содержания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в преподавании данной дисциплины означает важность терминологического единства, необходимость освоения основных научных подходов к рассмотрению культуры и усвоению научной терминологии для понимания </w:t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культурообразующих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элементов и формирования познавательного интереса к этнокультурным и религиозным феноменам.</w:t>
      </w:r>
    </w:p>
    <w:p w:rsidR="00547E44" w:rsidRPr="006668D3" w:rsidRDefault="00042C51">
      <w:pPr>
        <w:autoSpaceDE w:val="0"/>
        <w:autoSpaceDN w:val="0"/>
        <w:spacing w:before="70" w:after="0"/>
        <w:ind w:firstLine="180"/>
        <w:rPr>
          <w:lang w:val="ru-RU"/>
        </w:rPr>
      </w:pPr>
      <w:r w:rsidRPr="006668D3">
        <w:rPr>
          <w:rFonts w:ascii="Times New Roman" w:eastAsia="Times New Roman" w:hAnsi="Times New Roman"/>
          <w:i/>
          <w:color w:val="000000"/>
          <w:sz w:val="24"/>
          <w:lang w:val="ru-RU"/>
        </w:rPr>
        <w:t>Принцип соответствия требованиям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возрастной педагогики и психологии включает отбор тем и содержания курса согласно приоритетным зонам ближайшего развития, когнитивным способностям и социальным потребностям обучающихся, содержанию гуманитарных и общественно-научных учебных предметов.</w:t>
      </w:r>
    </w:p>
    <w:p w:rsidR="00547E44" w:rsidRPr="006668D3" w:rsidRDefault="00042C51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6668D3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Принцип формирования гражданского самосознания и общероссийской гражданской идентичности 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обучающихся в процессе изучения курса предметной области ОДНКНР включает осознание важности наднационального и </w:t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надконфессионального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гражданского единства народов России как 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основополагающего элемента в воспитании патриотизма и любви к Родине. Данный принцип должен быть реализован через поиск объединяющих черт в духовно-нравственной жизни народов России, их культуре, религии и историческом развитии.</w:t>
      </w:r>
    </w:p>
    <w:p w:rsidR="00547E44" w:rsidRPr="006668D3" w:rsidRDefault="00042C51">
      <w:pPr>
        <w:autoSpaceDE w:val="0"/>
        <w:autoSpaceDN w:val="0"/>
        <w:spacing w:before="264" w:after="0" w:line="262" w:lineRule="auto"/>
        <w:rPr>
          <w:lang w:val="ru-RU"/>
        </w:rPr>
      </w:pPr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ЦЕЛИ И ЗАДАЧИ ИЗУЧЕНИЯ УЧЕБНОГО КУРСА «ОСНОВЫ ДУХОВНО-НРАВСТВЕННОЙ КУЛЬТУРЫ НАРОДОВ РОССИИ»</w:t>
      </w:r>
    </w:p>
    <w:p w:rsidR="00547E44" w:rsidRPr="006668D3" w:rsidRDefault="00042C51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Целями 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изучения учебного курса являются:</w:t>
      </w:r>
    </w:p>
    <w:p w:rsidR="00547E44" w:rsidRPr="006668D3" w:rsidRDefault="00042C51">
      <w:pPr>
        <w:autoSpaceDE w:val="0"/>
        <w:autoSpaceDN w:val="0"/>
        <w:spacing w:before="178" w:after="0"/>
        <w:ind w:left="420" w:right="576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</w:t>
      </w:r>
      <w:r w:rsidRPr="006668D3">
        <w:rPr>
          <w:lang w:val="ru-RU"/>
        </w:rPr>
        <w:br/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этноконфессионального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согласия и взаимодействия, взаимопроникновения и мирного сосуществования народов, религий, национальных культур;</w:t>
      </w:r>
    </w:p>
    <w:p w:rsidR="00547E44" w:rsidRPr="006668D3" w:rsidRDefault="00042C51">
      <w:pPr>
        <w:autoSpaceDE w:val="0"/>
        <w:autoSpaceDN w:val="0"/>
        <w:spacing w:before="238" w:after="0" w:line="271" w:lineRule="auto"/>
        <w:ind w:left="420" w:right="288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создание условий для становления у обучающихся мировоззрения на основе традиционных российских духовно-нравственных ценностей, ведущих к осознанию своей принадлежности к многонациональному народу Российской Федерации;</w:t>
      </w:r>
    </w:p>
    <w:p w:rsidR="00547E44" w:rsidRPr="006668D3" w:rsidRDefault="00042C51" w:rsidP="00040AA3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и сохранение уважения к ценностям и убеждениям представителей разных</w:t>
      </w:r>
    </w:p>
    <w:p w:rsidR="00547E44" w:rsidRPr="006668D3" w:rsidRDefault="00042C51">
      <w:pPr>
        <w:autoSpaceDE w:val="0"/>
        <w:autoSpaceDN w:val="0"/>
        <w:spacing w:after="0" w:line="262" w:lineRule="auto"/>
        <w:ind w:left="420" w:right="144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национальностей и вероисповеданий, а также способности к диалогу с представителями других культур и мировоззрений;</w:t>
      </w:r>
    </w:p>
    <w:p w:rsidR="00547E44" w:rsidRPr="006668D3" w:rsidRDefault="00042C51">
      <w:pPr>
        <w:autoSpaceDE w:val="0"/>
        <w:autoSpaceDN w:val="0"/>
        <w:spacing w:before="238" w:after="0" w:line="262" w:lineRule="auto"/>
        <w:ind w:left="420" w:right="1296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идентификация собственной личности как полноправного субъекта культурного, исторического и цивилизационного развития страны.</w:t>
      </w:r>
    </w:p>
    <w:p w:rsidR="00547E44" w:rsidRPr="006668D3" w:rsidRDefault="00042C51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Цели курса определяют следующие </w:t>
      </w:r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>задачи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:rsidR="00547E44" w:rsidRPr="006668D3" w:rsidRDefault="00042C51">
      <w:pPr>
        <w:autoSpaceDE w:val="0"/>
        <w:autoSpaceDN w:val="0"/>
        <w:spacing w:before="178" w:after="0" w:line="262" w:lineRule="auto"/>
        <w:ind w:left="420" w:right="7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овладение предметными компетенциями, имеющими преимущественное значение для формирования гражданской идентичности обучающегося;</w:t>
      </w:r>
    </w:p>
    <w:p w:rsidR="00547E44" w:rsidRPr="006668D3" w:rsidRDefault="00042C51">
      <w:pPr>
        <w:autoSpaceDE w:val="0"/>
        <w:autoSpaceDN w:val="0"/>
        <w:spacing w:before="238" w:after="0" w:line="262" w:lineRule="auto"/>
        <w:ind w:left="420" w:right="7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приобретение и усвоение знаний о нормах общественной морали и нравственности как основополагающих элементах духовной культуры современного общества;</w:t>
      </w:r>
    </w:p>
    <w:p w:rsidR="00547E44" w:rsidRPr="006668D3" w:rsidRDefault="00042C51">
      <w:pPr>
        <w:autoSpaceDE w:val="0"/>
        <w:autoSpaceDN w:val="0"/>
        <w:spacing w:before="240" w:after="0" w:line="271" w:lineRule="auto"/>
        <w:ind w:left="420" w:right="144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развитие представлений о значении духовно-нравственных ценностей и нравственных норм для достойной жизни личности, семьи, общества, ответственного отношения к будущему отцовству и материнству;</w:t>
      </w:r>
    </w:p>
    <w:p w:rsidR="00547E44" w:rsidRPr="006668D3" w:rsidRDefault="00042C51">
      <w:pPr>
        <w:autoSpaceDE w:val="0"/>
        <w:autoSpaceDN w:val="0"/>
        <w:spacing w:before="238" w:after="0" w:line="271" w:lineRule="auto"/>
        <w:ind w:left="420" w:right="288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становление компетенций межкультурного взаимодействия как способности и готовности вести межличностный, межкультурный, межконфессиональный диалог при осознании и сохранении собственной культурной идентичности;</w:t>
      </w:r>
    </w:p>
    <w:p w:rsidR="00547E44" w:rsidRPr="006668D3" w:rsidRDefault="00042C51">
      <w:pPr>
        <w:autoSpaceDE w:val="0"/>
        <w:autoSpaceDN w:val="0"/>
        <w:spacing w:before="238" w:after="0" w:line="271" w:lineRule="auto"/>
        <w:ind w:left="420" w:right="576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:rsidR="00547E44" w:rsidRPr="006668D3" w:rsidRDefault="00042C51">
      <w:pPr>
        <w:autoSpaceDE w:val="0"/>
        <w:autoSpaceDN w:val="0"/>
        <w:spacing w:before="238" w:after="0" w:line="262" w:lineRule="auto"/>
        <w:ind w:left="420" w:right="864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обучение рефлексии собственного поведения и оценке поведения окружающих через развитие навыков обоснованных нравственных суждений, оценок и выводов;</w:t>
      </w:r>
    </w:p>
    <w:p w:rsidR="00547E44" w:rsidRPr="006668D3" w:rsidRDefault="00042C51">
      <w:pPr>
        <w:autoSpaceDE w:val="0"/>
        <w:autoSpaceDN w:val="0"/>
        <w:spacing w:before="238" w:after="0" w:line="262" w:lineRule="auto"/>
        <w:ind w:left="420" w:right="7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воспитание уважительного и бережного отношения к историческому, религиозному и культурному наследию народов России;</w:t>
      </w:r>
    </w:p>
    <w:p w:rsidR="00547E44" w:rsidRPr="006668D3" w:rsidRDefault="00042C51">
      <w:pPr>
        <w:autoSpaceDE w:val="0"/>
        <w:autoSpaceDN w:val="0"/>
        <w:spacing w:before="238" w:after="0" w:line="262" w:lineRule="auto"/>
        <w:ind w:left="420" w:right="576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содействие осознанному формированию мировоззренческих ориентиров, основанных на приоритете традиционных российских духовно-нравственных ценностей;</w:t>
      </w:r>
    </w:p>
    <w:p w:rsidR="00547E44" w:rsidRPr="006668D3" w:rsidRDefault="00042C51">
      <w:pPr>
        <w:autoSpaceDE w:val="0"/>
        <w:autoSpaceDN w:val="0"/>
        <w:spacing w:before="238" w:after="0" w:line="271" w:lineRule="auto"/>
        <w:ind w:left="420" w:right="144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—  формирование патриотизма как формы гражданского самосознания через понимание роли личности в истории и культуре, осознание важности социального взаимодействия, гражданской идентичности для процветания общества в целом.</w:t>
      </w:r>
    </w:p>
    <w:p w:rsidR="00547E44" w:rsidRPr="006668D3" w:rsidRDefault="00042C51">
      <w:pPr>
        <w:tabs>
          <w:tab w:val="left" w:pos="180"/>
        </w:tabs>
        <w:autoSpaceDE w:val="0"/>
        <w:autoSpaceDN w:val="0"/>
        <w:spacing w:before="180" w:after="0" w:line="262" w:lineRule="auto"/>
        <w:ind w:right="144"/>
        <w:rPr>
          <w:lang w:val="ru-RU"/>
        </w:rPr>
      </w:pP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Изучение курса «Основы духовно-нравственной культуры народов России» вносит значительный вклад в достижение главных целей основного общего образования, способствуя:</w:t>
      </w:r>
    </w:p>
    <w:p w:rsidR="00547E44" w:rsidRPr="006668D3" w:rsidRDefault="00042C51">
      <w:pPr>
        <w:autoSpaceDE w:val="0"/>
        <w:autoSpaceDN w:val="0"/>
        <w:spacing w:before="178" w:after="0"/>
        <w:ind w:left="420" w:right="144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расширению и систематизации знаний и представлений школьников о культуре и духовных традициях народов России, о нравственных ценностях, полученных при изучении основ религиозной культуры и светской этики, окружающего мира, литературного чтения и других предметов начальной школы;</w:t>
      </w:r>
    </w:p>
    <w:p w:rsidR="00547E44" w:rsidRPr="006668D3" w:rsidRDefault="00042C51">
      <w:pPr>
        <w:autoSpaceDE w:val="0"/>
        <w:autoSpaceDN w:val="0"/>
        <w:spacing w:before="238" w:after="0" w:line="262" w:lineRule="auto"/>
        <w:ind w:left="4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углублению представлений о светской этике, религиозной культуре народов России, их роли в развитии современного общества;</w:t>
      </w:r>
    </w:p>
    <w:p w:rsidR="00547E44" w:rsidRPr="006668D3" w:rsidRDefault="00042C51">
      <w:pPr>
        <w:autoSpaceDE w:val="0"/>
        <w:autoSpaceDN w:val="0"/>
        <w:spacing w:before="238" w:after="0" w:line="271" w:lineRule="auto"/>
        <w:ind w:left="4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формированию основ морали и нравственности, воплощённых в семейных, этнокультурных и религиозных ценностях, ориентированных на соизмерение своих поступков с нравственными идеалами, на осознание своих обязанностей перед обществом и государством;</w:t>
      </w:r>
    </w:p>
    <w:p w:rsidR="00547E44" w:rsidRPr="006668D3" w:rsidRDefault="00042C51" w:rsidP="00040AA3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воспитанию патриотизма; уважения к истории, языку, культурным и религиозным традициям</w:t>
      </w:r>
    </w:p>
    <w:p w:rsidR="00547E44" w:rsidRPr="006668D3" w:rsidRDefault="00042C51">
      <w:pPr>
        <w:autoSpaceDE w:val="0"/>
        <w:autoSpaceDN w:val="0"/>
        <w:spacing w:after="0" w:line="271" w:lineRule="auto"/>
        <w:ind w:left="4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своего народа и других народов России, толерантному отношению к людям другой культуры, умению принимать и ценить ценности других культур, находить в них общее и особенное, черты, способствующие взаимному обогащению культур;</w:t>
      </w:r>
    </w:p>
    <w:p w:rsidR="00547E44" w:rsidRPr="006668D3" w:rsidRDefault="00042C51">
      <w:pPr>
        <w:autoSpaceDE w:val="0"/>
        <w:autoSpaceDN w:val="0"/>
        <w:spacing w:before="238" w:after="0" w:line="262" w:lineRule="auto"/>
        <w:ind w:left="420" w:right="432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пробуждению интереса к культуре других народов, проявлению уважения, способности к сотрудничеству, взаимодействию на основе поиска общих культурных стратегий и идеалов;</w:t>
      </w:r>
    </w:p>
    <w:p w:rsidR="00547E44" w:rsidRPr="006668D3" w:rsidRDefault="00042C51">
      <w:pPr>
        <w:autoSpaceDE w:val="0"/>
        <w:autoSpaceDN w:val="0"/>
        <w:spacing w:before="238" w:after="0" w:line="271" w:lineRule="auto"/>
        <w:ind w:left="4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осознанию приоритетной значимости духовно-нравственных ценностей, проявляющейся в преобладании этических, интеллектуальных, альтруистических мотивов над потребительскими и эгоистическими;</w:t>
      </w:r>
    </w:p>
    <w:p w:rsidR="00547E44" w:rsidRPr="006668D3" w:rsidRDefault="00042C51">
      <w:pPr>
        <w:autoSpaceDE w:val="0"/>
        <w:autoSpaceDN w:val="0"/>
        <w:spacing w:before="240" w:after="0" w:line="262" w:lineRule="auto"/>
        <w:ind w:left="4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раскрытию природы духовно-нравственных ценностей российского общества, объединяющих светскость и духовность;</w:t>
      </w:r>
    </w:p>
    <w:p w:rsidR="00547E44" w:rsidRPr="006668D3" w:rsidRDefault="00042C51">
      <w:pPr>
        <w:autoSpaceDE w:val="0"/>
        <w:autoSpaceDN w:val="0"/>
        <w:spacing w:before="240" w:after="0" w:line="271" w:lineRule="auto"/>
        <w:ind w:left="4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ответственного отношения к учению и труду, </w:t>
      </w:r>
      <w:proofErr w:type="gram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готовности и способности</w:t>
      </w:r>
      <w:proofErr w:type="gram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обучающихся к саморазвитию и самообразованию на основе мотивации к обучению и познанию, осознанному выбору ценностных ориентаций, способствующих развитию общества в целом;</w:t>
      </w:r>
    </w:p>
    <w:p w:rsidR="00547E44" w:rsidRPr="006668D3" w:rsidRDefault="00042C51">
      <w:pPr>
        <w:autoSpaceDE w:val="0"/>
        <w:autoSpaceDN w:val="0"/>
        <w:spacing w:before="238" w:after="0" w:line="281" w:lineRule="auto"/>
        <w:ind w:left="420" w:right="144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получению научных представлений о культуре и её функциях, особенностях взаимодействия с социальными институтами, а, следовательно, способности их применять в анализе и изучении социально-культурных явлений в истории и культуре России и современном обществе, давать нравственные оценки поступков и событий на основе осознания главенствующей роли духовно-нравственных ценностей в социальных и культурно-исторических процессах;</w:t>
      </w:r>
    </w:p>
    <w:p w:rsidR="00547E44" w:rsidRPr="006668D3" w:rsidRDefault="00042C51">
      <w:pPr>
        <w:autoSpaceDE w:val="0"/>
        <w:autoSpaceDN w:val="0"/>
        <w:spacing w:before="238" w:after="0" w:line="271" w:lineRule="auto"/>
        <w:ind w:left="420" w:right="288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—  развитию информационной культуры школьников, компетенций в отборе, использовании и структурировании информации, а также возможностей для активной самостоятельной познавательной деятельности.</w:t>
      </w:r>
    </w:p>
    <w:p w:rsidR="00547E44" w:rsidRPr="006668D3" w:rsidRDefault="00042C51">
      <w:pPr>
        <w:autoSpaceDE w:val="0"/>
        <w:autoSpaceDN w:val="0"/>
        <w:spacing w:before="322" w:after="0" w:line="262" w:lineRule="auto"/>
        <w:ind w:right="1008"/>
        <w:rPr>
          <w:lang w:val="ru-RU"/>
        </w:rPr>
      </w:pPr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КУРСА «ОСНОВЫ ДУХОВНО-НРАВСТВЕННОЙ КУЛЬТУРЫ НАРОДОВ РОССИИ» В УЧЕБНОМ ПЛАНЕ</w:t>
      </w:r>
    </w:p>
    <w:p w:rsidR="00547E44" w:rsidRDefault="00042C51" w:rsidP="006668D3">
      <w:pPr>
        <w:tabs>
          <w:tab w:val="left" w:pos="180"/>
        </w:tabs>
        <w:autoSpaceDE w:val="0"/>
        <w:autoSpaceDN w:val="0"/>
        <w:spacing w:before="166" w:after="0" w:line="262" w:lineRule="auto"/>
        <w:ind w:right="144"/>
        <w:rPr>
          <w:rFonts w:ascii="Times New Roman" w:eastAsia="Times New Roman" w:hAnsi="Times New Roman"/>
          <w:color w:val="000000"/>
          <w:sz w:val="24"/>
          <w:lang w:val="ru-RU"/>
        </w:rPr>
      </w:pP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Учебный курс "Основы духовно-нравственной культуры народов России" изучается в 6 классе не менее одного часа в н</w:t>
      </w:r>
      <w:r w:rsidR="006668D3">
        <w:rPr>
          <w:rFonts w:ascii="Times New Roman" w:eastAsia="Times New Roman" w:hAnsi="Times New Roman"/>
          <w:color w:val="000000"/>
          <w:sz w:val="24"/>
          <w:lang w:val="ru-RU"/>
        </w:rPr>
        <w:t>еделе, общий объем составляет 35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часа.</w:t>
      </w:r>
    </w:p>
    <w:p w:rsidR="006668D3" w:rsidRPr="006668D3" w:rsidRDefault="006668D3" w:rsidP="006668D3">
      <w:pPr>
        <w:tabs>
          <w:tab w:val="left" w:pos="180"/>
        </w:tabs>
        <w:autoSpaceDE w:val="0"/>
        <w:autoSpaceDN w:val="0"/>
        <w:spacing w:before="166" w:after="0" w:line="262" w:lineRule="auto"/>
        <w:ind w:right="144"/>
        <w:rPr>
          <w:lang w:val="ru-RU"/>
        </w:rPr>
      </w:pPr>
    </w:p>
    <w:p w:rsidR="00547E44" w:rsidRPr="006668D3" w:rsidRDefault="00042C51">
      <w:pPr>
        <w:autoSpaceDE w:val="0"/>
        <w:autoSpaceDN w:val="0"/>
        <w:spacing w:after="0" w:line="230" w:lineRule="auto"/>
        <w:rPr>
          <w:lang w:val="ru-RU"/>
        </w:rPr>
      </w:pPr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>СОДЕРЖАНИЕ УЧЕБНОГО КУРСА</w:t>
      </w:r>
    </w:p>
    <w:p w:rsidR="00547E44" w:rsidRPr="006668D3" w:rsidRDefault="00042C51">
      <w:pPr>
        <w:autoSpaceDE w:val="0"/>
        <w:autoSpaceDN w:val="0"/>
        <w:spacing w:before="346" w:after="0" w:line="262" w:lineRule="auto"/>
        <w:ind w:left="180" w:right="4608"/>
        <w:rPr>
          <w:lang w:val="ru-RU"/>
        </w:rPr>
      </w:pPr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Тематический блок 1. «Культура как </w:t>
      </w:r>
      <w:proofErr w:type="spellStart"/>
      <w:proofErr w:type="gramStart"/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>социальность»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</w:t>
      </w:r>
      <w:proofErr w:type="spellEnd"/>
      <w:proofErr w:type="gram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1. Мир культуры: его структура.</w:t>
      </w:r>
    </w:p>
    <w:p w:rsidR="00547E44" w:rsidRPr="006668D3" w:rsidRDefault="00042C51">
      <w:pPr>
        <w:autoSpaceDE w:val="0"/>
        <w:autoSpaceDN w:val="0"/>
        <w:spacing w:before="70" w:after="0" w:line="271" w:lineRule="auto"/>
        <w:ind w:right="426" w:firstLine="180"/>
        <w:jc w:val="both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Культура как форма социального взаимодействия. Связь между миром материальной культуры и социальной структурой общества. Расстояние и образ жизни людей. Научно-технический прогресс как один из источников формирования социального облика общества.</w:t>
      </w:r>
    </w:p>
    <w:p w:rsidR="00547E44" w:rsidRPr="006668D3" w:rsidRDefault="00042C5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2. Культура России: многообразие регионов.</w:t>
      </w:r>
    </w:p>
    <w:p w:rsidR="00547E44" w:rsidRPr="006668D3" w:rsidRDefault="00042C51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Территория России. Народы, живущие в ней. Проблемы культурного взаимодействия в обществе с многообразием культур. Сохранение и поддержка принципов толерантности и уважения ко всем культурам народов России.</w:t>
      </w:r>
    </w:p>
    <w:p w:rsidR="00547E44" w:rsidRPr="006668D3" w:rsidRDefault="00042C51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3. История быта как история культуры.</w:t>
      </w:r>
    </w:p>
    <w:p w:rsidR="00547E44" w:rsidRPr="006668D3" w:rsidRDefault="00042C51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Домашнее хозяйство и его типы. Хозяйственная деятельность народов России в разные исторические периоды. Многообразие культурных укладов как результат исторического развития народов России.</w:t>
      </w:r>
    </w:p>
    <w:p w:rsidR="00547E44" w:rsidRPr="006668D3" w:rsidRDefault="00042C5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4. Прогресс: технический и социальный.</w:t>
      </w:r>
    </w:p>
    <w:p w:rsidR="00547E44" w:rsidRPr="006668D3" w:rsidRDefault="00042C51">
      <w:pPr>
        <w:tabs>
          <w:tab w:val="left" w:pos="180"/>
        </w:tabs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Производительность труда. Разделение труда. Обслуживающий и производящий труд. Домашний труд и его механизация. Что такое технологии и как они влияют на культуру и ценности общества? </w:t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5. Образование в культуре народов России.</w:t>
      </w:r>
    </w:p>
    <w:p w:rsidR="00547E44" w:rsidRPr="006668D3" w:rsidRDefault="00042C51">
      <w:pPr>
        <w:autoSpaceDE w:val="0"/>
        <w:autoSpaceDN w:val="0"/>
        <w:spacing w:before="70" w:after="0" w:line="271" w:lineRule="auto"/>
        <w:ind w:right="720" w:firstLine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Представление об основных этапах в истории образования. Ценность знания. Социальная обусловленность различных видов образования. Важность образования для современного мира. Образование как трансляция культурных смыслов, как способ передачи ценностей.</w:t>
      </w:r>
    </w:p>
    <w:p w:rsidR="00547E44" w:rsidRPr="006668D3" w:rsidRDefault="00042C5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6. Права и обязанности человека.</w:t>
      </w:r>
    </w:p>
    <w:p w:rsidR="00547E44" w:rsidRPr="006668D3" w:rsidRDefault="00042C51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Права и обязанности человека в культурной традиции народов России. Права и свободы человека и гражданина, обозначенные в Конституции Российской Федерации.</w:t>
      </w:r>
    </w:p>
    <w:p w:rsidR="00547E44" w:rsidRPr="006668D3" w:rsidRDefault="00042C5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7. Общество и религия: духовно-нравственное взаимодействие.</w:t>
      </w:r>
    </w:p>
    <w:p w:rsidR="00547E44" w:rsidRPr="006668D3" w:rsidRDefault="00042C51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Мир религий в истории. Религии народов России сегодня. Государствообразующие и традиционные религии как источник духовно-нравственных ценностей.</w:t>
      </w:r>
    </w:p>
    <w:p w:rsidR="00547E44" w:rsidRPr="006668D3" w:rsidRDefault="00042C5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8. Современный мир: самое важное (</w:t>
      </w:r>
      <w:r w:rsidRPr="006668D3">
        <w:rPr>
          <w:rFonts w:ascii="Times New Roman" w:eastAsia="Times New Roman" w:hAnsi="Times New Roman"/>
          <w:i/>
          <w:color w:val="000000"/>
          <w:sz w:val="24"/>
          <w:lang w:val="ru-RU"/>
        </w:rPr>
        <w:t>практическое занятие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547E44" w:rsidRPr="006668D3" w:rsidRDefault="00042C51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Современное общество: его портрет. Проект: описание самых важных черт современного общества с точки зрения материальной и духовной культуры народов России.</w:t>
      </w:r>
    </w:p>
    <w:p w:rsidR="00547E44" w:rsidRPr="006668D3" w:rsidRDefault="00042C51">
      <w:pPr>
        <w:autoSpaceDE w:val="0"/>
        <w:autoSpaceDN w:val="0"/>
        <w:spacing w:before="192" w:after="0" w:line="262" w:lineRule="auto"/>
        <w:ind w:left="180" w:right="1584"/>
        <w:rPr>
          <w:lang w:val="ru-RU"/>
        </w:rPr>
      </w:pPr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Тематический блок 2. «Человек и его отражение в культуре»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9. Каким должен быть человек? Духовно-нравственный облик и идеал человека.</w:t>
      </w:r>
    </w:p>
    <w:p w:rsidR="00547E44" w:rsidRPr="006668D3" w:rsidRDefault="00042C5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Мораль, нравственность, этика, этикет в культурах народов России. Право и равенство в правах.</w:t>
      </w:r>
    </w:p>
    <w:p w:rsidR="00547E44" w:rsidRPr="006668D3" w:rsidRDefault="00042C51">
      <w:pPr>
        <w:autoSpaceDE w:val="0"/>
        <w:autoSpaceDN w:val="0"/>
        <w:spacing w:before="70" w:after="0" w:line="271" w:lineRule="auto"/>
        <w:ind w:right="432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Свобода как ценность. Долг как её ограничение. Общество как регулятор свободы. Свойства и качества человека, его образ в культуре народов России, единство человеческих качеств. Единство духовной жизни.</w:t>
      </w:r>
    </w:p>
    <w:p w:rsidR="00547E44" w:rsidRPr="006668D3" w:rsidRDefault="00042C5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10. Взросление человека в культуре народов России.</w:t>
      </w:r>
    </w:p>
    <w:p w:rsidR="00547E44" w:rsidRPr="006668D3" w:rsidRDefault="00042C51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Социальное измерение человека. Детство, взросление, зрелость, пожилой возраст. Проблема одиночества. Необходимость развития во взаимодействии с другими людьми. Самостоятельность как ценность.</w:t>
      </w:r>
    </w:p>
    <w:p w:rsidR="00547E44" w:rsidRPr="006668D3" w:rsidRDefault="00042C5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11. Религия как источник нравственности.</w:t>
      </w:r>
    </w:p>
    <w:p w:rsidR="00547E44" w:rsidRPr="006668D3" w:rsidRDefault="00042C51">
      <w:pPr>
        <w:tabs>
          <w:tab w:val="left" w:pos="180"/>
        </w:tabs>
        <w:autoSpaceDE w:val="0"/>
        <w:autoSpaceDN w:val="0"/>
        <w:spacing w:before="70" w:after="0" w:line="271" w:lineRule="auto"/>
        <w:ind w:right="864"/>
        <w:rPr>
          <w:lang w:val="ru-RU"/>
        </w:rPr>
      </w:pP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Религия как источник нравственности и гуманистического мышления. Нравственный идеал человека в традиционных религиях. Современное общество и религиозный идеал человека. </w:t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12. Наука как источник знания о человеке и человеческом.</w:t>
      </w:r>
    </w:p>
    <w:p w:rsidR="00547E44" w:rsidRPr="006668D3" w:rsidRDefault="00042C51" w:rsidP="006668D3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Гуманитарное знание и его особенности. Культура как самопознание. Этика. Эстетика. Право в</w:t>
      </w:r>
    </w:p>
    <w:p w:rsidR="00547E44" w:rsidRPr="006668D3" w:rsidRDefault="00042C51">
      <w:pPr>
        <w:autoSpaceDE w:val="0"/>
        <w:autoSpaceDN w:val="0"/>
        <w:spacing w:after="0" w:line="230" w:lineRule="auto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контексте духовно-нравственных ценностей.</w:t>
      </w:r>
    </w:p>
    <w:p w:rsidR="00547E44" w:rsidRPr="006668D3" w:rsidRDefault="00042C5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13. Этика и нравственность как категории духовной культуры.</w:t>
      </w:r>
    </w:p>
    <w:p w:rsidR="00547E44" w:rsidRPr="006668D3" w:rsidRDefault="00042C51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Что такое этика. Добро и его проявления в реальной жизни. Что значит быть нравственным. Почему нравственность важна?</w:t>
      </w:r>
    </w:p>
    <w:p w:rsidR="00547E44" w:rsidRPr="006668D3" w:rsidRDefault="00042C5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14. Самопознание (</w:t>
      </w:r>
      <w:r w:rsidRPr="006668D3">
        <w:rPr>
          <w:rFonts w:ascii="Times New Roman" w:eastAsia="Times New Roman" w:hAnsi="Times New Roman"/>
          <w:i/>
          <w:color w:val="000000"/>
          <w:sz w:val="24"/>
          <w:lang w:val="ru-RU"/>
        </w:rPr>
        <w:t>практическое занятие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547E44" w:rsidRPr="006668D3" w:rsidRDefault="00042C51">
      <w:pPr>
        <w:autoSpaceDE w:val="0"/>
        <w:autoSpaceDN w:val="0"/>
        <w:spacing w:before="70" w:after="0" w:line="230" w:lineRule="auto"/>
        <w:jc w:val="center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Автобиография и автопортрет: кто я и что я люблю. Как устроена моя жизнь. Выполнение проекта.</w:t>
      </w:r>
    </w:p>
    <w:p w:rsidR="00547E44" w:rsidRPr="006668D3" w:rsidRDefault="00042C51">
      <w:pPr>
        <w:autoSpaceDE w:val="0"/>
        <w:autoSpaceDN w:val="0"/>
        <w:spacing w:before="190" w:after="0" w:line="262" w:lineRule="auto"/>
        <w:ind w:left="180" w:right="4608"/>
        <w:rPr>
          <w:lang w:val="ru-RU"/>
        </w:rPr>
      </w:pPr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Тематический блок 3. «Человек как член </w:t>
      </w:r>
      <w:proofErr w:type="spellStart"/>
      <w:proofErr w:type="gramStart"/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>общества»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</w:t>
      </w:r>
      <w:proofErr w:type="spellEnd"/>
      <w:proofErr w:type="gram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15. Труд делает человека человеком.</w:t>
      </w:r>
    </w:p>
    <w:p w:rsidR="00547E44" w:rsidRPr="006668D3" w:rsidRDefault="00042C51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Что такое труд. Важность труда и его экономическая стоимость. Безделье, лень, тунеядство. Трудолюбие, подвиг труда, ответственность. Общественная оценка труда.</w:t>
      </w:r>
    </w:p>
    <w:p w:rsidR="00547E44" w:rsidRPr="006668D3" w:rsidRDefault="00042C51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16. Подвиг: как узнать героя?</w:t>
      </w:r>
    </w:p>
    <w:p w:rsidR="00547E44" w:rsidRPr="006668D3" w:rsidRDefault="00042C51">
      <w:pPr>
        <w:tabs>
          <w:tab w:val="left" w:pos="180"/>
        </w:tabs>
        <w:autoSpaceDE w:val="0"/>
        <w:autoSpaceDN w:val="0"/>
        <w:spacing w:before="72" w:after="0" w:line="262" w:lineRule="auto"/>
        <w:ind w:right="576"/>
        <w:rPr>
          <w:lang w:val="ru-RU"/>
        </w:rPr>
      </w:pP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Что такое подвиг. Героизм как самопожертвование. Героизм на войне. Подвиг в мирное время. Милосердие, взаимопомощь.</w:t>
      </w:r>
    </w:p>
    <w:p w:rsidR="00547E44" w:rsidRPr="006668D3" w:rsidRDefault="00042C5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17. Люди в обществе: духовно-нравственное взаимовлияние.</w:t>
      </w:r>
    </w:p>
    <w:p w:rsidR="00547E44" w:rsidRPr="006668D3" w:rsidRDefault="00042C51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Человек в социальном измерении. Дружба, предательство. Коллектив. Личные границы Этика предпринимательства. Социальная помощь.</w:t>
      </w:r>
    </w:p>
    <w:p w:rsidR="00547E44" w:rsidRPr="006668D3" w:rsidRDefault="00042C51">
      <w:pPr>
        <w:tabs>
          <w:tab w:val="left" w:pos="180"/>
        </w:tabs>
        <w:autoSpaceDE w:val="0"/>
        <w:autoSpaceDN w:val="0"/>
        <w:spacing w:before="70" w:after="0" w:line="262" w:lineRule="auto"/>
        <w:ind w:right="1440"/>
        <w:rPr>
          <w:lang w:val="ru-RU"/>
        </w:rPr>
      </w:pP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18. Проблемы современного общества как отражение его духовно-нравственного самосознания.</w:t>
      </w:r>
    </w:p>
    <w:p w:rsidR="00547E44" w:rsidRPr="006668D3" w:rsidRDefault="00042C51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Бедность. Инвалидность. Асоциальная семья. Сиротство. Отражение этих явлений в культуре общества.</w:t>
      </w:r>
    </w:p>
    <w:p w:rsidR="00547E44" w:rsidRPr="006668D3" w:rsidRDefault="00042C5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19. Духовно-нравственные ориентиры социальных отношений.</w:t>
      </w:r>
    </w:p>
    <w:p w:rsidR="00547E44" w:rsidRPr="006668D3" w:rsidRDefault="00042C5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Милосердие. Взаимопомощь. Социальное служение. Благотворительность. </w:t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Волонтёрство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547E44" w:rsidRPr="006668D3" w:rsidRDefault="00042C51">
      <w:pPr>
        <w:autoSpaceDE w:val="0"/>
        <w:autoSpaceDN w:val="0"/>
        <w:spacing w:before="70" w:after="0" w:line="230" w:lineRule="auto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Общественные блага.</w:t>
      </w:r>
    </w:p>
    <w:p w:rsidR="00547E44" w:rsidRPr="006668D3" w:rsidRDefault="00042C5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Тема 20. Гуманизм как сущностная характеристика </w:t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духовнонравственной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культуры народов России.</w:t>
      </w:r>
    </w:p>
    <w:p w:rsidR="00547E44" w:rsidRPr="006668D3" w:rsidRDefault="00042C51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6668D3">
        <w:rPr>
          <w:lang w:val="ru-RU"/>
        </w:rPr>
        <w:lastRenderedPageBreak/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Гуманизм. Истоки гуманистического мышления. Философия гуманизма. Проявления гуманизма в историко-культурном наследии народов России.</w:t>
      </w:r>
    </w:p>
    <w:p w:rsidR="00547E44" w:rsidRPr="006668D3" w:rsidRDefault="00042C51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21. Социальные профессии; их важность для сохранения духовно-нравственного облика общества.</w:t>
      </w:r>
    </w:p>
    <w:p w:rsidR="00547E44" w:rsidRPr="006668D3" w:rsidRDefault="00042C51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Социальные профессии: врач, учитель, пожарный, полицейский, социальный работник. Духовно-нравственные качества, необходимые представителям этих профессий.</w:t>
      </w:r>
    </w:p>
    <w:p w:rsidR="00547E44" w:rsidRPr="006668D3" w:rsidRDefault="00042C5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22. Выдающиеся благотворители в истории. Благотворительность как нравственный долг.</w:t>
      </w:r>
    </w:p>
    <w:p w:rsidR="00547E44" w:rsidRPr="006668D3" w:rsidRDefault="00042C51">
      <w:pPr>
        <w:tabs>
          <w:tab w:val="left" w:pos="180"/>
        </w:tabs>
        <w:autoSpaceDE w:val="0"/>
        <w:autoSpaceDN w:val="0"/>
        <w:spacing w:before="72" w:after="0" w:line="262" w:lineRule="auto"/>
        <w:ind w:right="288"/>
        <w:rPr>
          <w:lang w:val="ru-RU"/>
        </w:rPr>
      </w:pP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Меценаты, философы, религиозные лидеры, врачи, учёные, педагоги. Важность меценатства для духовно-нравственного развития личности самого мецената и общества в целом.</w:t>
      </w:r>
    </w:p>
    <w:p w:rsidR="00547E44" w:rsidRPr="006668D3" w:rsidRDefault="00042C51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23. Выдающиеся учёные России. Наука как источник социального и духовного прогресса общества.</w:t>
      </w:r>
    </w:p>
    <w:p w:rsidR="00547E44" w:rsidRPr="006668D3" w:rsidRDefault="00042C51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Учёные России. Почему важно помнить историю науки. Вклад науки в благополучие страны. Важность морали и нравственности в науке, в деятельности учёных.</w:t>
      </w:r>
    </w:p>
    <w:p w:rsidR="00547E44" w:rsidRPr="006668D3" w:rsidRDefault="00042C5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24. Моя профессия (</w:t>
      </w:r>
      <w:r w:rsidRPr="006668D3">
        <w:rPr>
          <w:rFonts w:ascii="Times New Roman" w:eastAsia="Times New Roman" w:hAnsi="Times New Roman"/>
          <w:i/>
          <w:color w:val="000000"/>
          <w:sz w:val="24"/>
          <w:lang w:val="ru-RU"/>
        </w:rPr>
        <w:t>практическое занятие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547E44" w:rsidRPr="006668D3" w:rsidRDefault="00042C5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Труд как самореализация, как вклад в общество. Рассказ </w:t>
      </w:r>
      <w:proofErr w:type="gram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о  своей</w:t>
      </w:r>
      <w:proofErr w:type="gram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будущей профессии.</w:t>
      </w:r>
    </w:p>
    <w:p w:rsidR="00547E44" w:rsidRPr="006668D3" w:rsidRDefault="00042C51">
      <w:pPr>
        <w:autoSpaceDE w:val="0"/>
        <w:autoSpaceDN w:val="0"/>
        <w:spacing w:before="190" w:after="0" w:line="262" w:lineRule="auto"/>
        <w:ind w:left="180" w:right="5328"/>
        <w:rPr>
          <w:lang w:val="ru-RU"/>
        </w:rPr>
      </w:pPr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>Тематический блок 4. «Родина и патриотизм»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25. Гражданин.</w:t>
      </w:r>
    </w:p>
    <w:p w:rsidR="00547E44" w:rsidRPr="006668D3" w:rsidRDefault="00042C51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Родина и гражданство, их взаимосвязь. Что делает человека гражданином. Нравственные качества гражданина.</w:t>
      </w:r>
    </w:p>
    <w:p w:rsidR="00547E44" w:rsidRPr="006668D3" w:rsidRDefault="00042C5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26. Патриотизм.</w:t>
      </w:r>
    </w:p>
    <w:p w:rsidR="00547E44" w:rsidRPr="006668D3" w:rsidRDefault="00042C51">
      <w:pPr>
        <w:autoSpaceDE w:val="0"/>
        <w:autoSpaceDN w:val="0"/>
        <w:spacing w:before="70" w:after="0" w:line="262" w:lineRule="auto"/>
        <w:ind w:left="180" w:right="432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Патриотизм. Толерантность. Уважение к другим народам и их истории. Важность патриотизма. Тема 27. Защита Родины: подвиг или долг?</w:t>
      </w:r>
    </w:p>
    <w:p w:rsidR="00547E44" w:rsidRPr="006668D3" w:rsidRDefault="00547E44">
      <w:pPr>
        <w:autoSpaceDE w:val="0"/>
        <w:autoSpaceDN w:val="0"/>
        <w:spacing w:after="66" w:line="220" w:lineRule="exact"/>
        <w:rPr>
          <w:lang w:val="ru-RU"/>
        </w:rPr>
      </w:pPr>
    </w:p>
    <w:p w:rsidR="00547E44" w:rsidRPr="006668D3" w:rsidRDefault="00042C51">
      <w:pPr>
        <w:tabs>
          <w:tab w:val="left" w:pos="180"/>
        </w:tabs>
        <w:autoSpaceDE w:val="0"/>
        <w:autoSpaceDN w:val="0"/>
        <w:spacing w:after="0" w:line="262" w:lineRule="auto"/>
        <w:rPr>
          <w:lang w:val="ru-RU"/>
        </w:rPr>
      </w:pP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Война и мир. Роль знания в защите Родины. Долг гражданина перед обществом. Военные подвиги. Честь. Доблесть.</w:t>
      </w:r>
    </w:p>
    <w:p w:rsidR="00547E44" w:rsidRPr="006668D3" w:rsidRDefault="00042C5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Тема 28. Государство. </w:t>
      </w:r>
      <w:proofErr w:type="gram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Россия  —</w:t>
      </w:r>
      <w:proofErr w:type="gram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наша родина.</w:t>
      </w:r>
    </w:p>
    <w:p w:rsidR="00547E44" w:rsidRPr="006668D3" w:rsidRDefault="00042C5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Государство как объединяющее начало. Социальная сторона права и государства. Что такое закон.</w:t>
      </w:r>
    </w:p>
    <w:p w:rsidR="00547E44" w:rsidRPr="006668D3" w:rsidRDefault="00042C51">
      <w:pPr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Что такое Родина? Что такое государство? Необходимость быть гражданином. Российская гражданская идентичность.</w:t>
      </w:r>
    </w:p>
    <w:p w:rsidR="00547E44" w:rsidRPr="006668D3" w:rsidRDefault="00042C5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29. Гражданская идентичность (</w:t>
      </w:r>
      <w:r w:rsidRPr="006668D3">
        <w:rPr>
          <w:rFonts w:ascii="Times New Roman" w:eastAsia="Times New Roman" w:hAnsi="Times New Roman"/>
          <w:i/>
          <w:color w:val="000000"/>
          <w:sz w:val="24"/>
          <w:lang w:val="ru-RU"/>
        </w:rPr>
        <w:t>практическое занятие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547E44" w:rsidRPr="006668D3" w:rsidRDefault="00042C5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Какими качествами должен обладать человек как гражданин.</w:t>
      </w:r>
    </w:p>
    <w:p w:rsidR="00547E44" w:rsidRPr="006668D3" w:rsidRDefault="00042C5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30. Моя школа и мой класс (практическое занятие).</w:t>
      </w:r>
    </w:p>
    <w:p w:rsidR="00547E44" w:rsidRPr="006668D3" w:rsidRDefault="00042C5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Портрет школы или класса через добрые дела.</w:t>
      </w:r>
    </w:p>
    <w:p w:rsidR="00547E44" w:rsidRPr="006668D3" w:rsidRDefault="00042C51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31. Человек: какой он? (</w:t>
      </w:r>
      <w:r w:rsidRPr="006668D3">
        <w:rPr>
          <w:rFonts w:ascii="Times New Roman" w:eastAsia="Times New Roman" w:hAnsi="Times New Roman"/>
          <w:i/>
          <w:color w:val="000000"/>
          <w:sz w:val="24"/>
          <w:lang w:val="ru-RU"/>
        </w:rPr>
        <w:t>практическое занятие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547E44" w:rsidRPr="006668D3" w:rsidRDefault="00042C51">
      <w:pPr>
        <w:autoSpaceDE w:val="0"/>
        <w:autoSpaceDN w:val="0"/>
        <w:spacing w:before="72" w:after="0" w:line="262" w:lineRule="auto"/>
        <w:ind w:left="180" w:right="144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Человек. Его образы в культуре. Духовность и нравственность как важнейшие качества человека. Тема 32. Человек и культура (проект).</w:t>
      </w:r>
    </w:p>
    <w:p w:rsidR="00547E44" w:rsidRPr="006668D3" w:rsidRDefault="00042C5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Итоговый проект: «Что значит быть человеком?».</w:t>
      </w:r>
    </w:p>
    <w:p w:rsidR="00547E44" w:rsidRPr="006668D3" w:rsidRDefault="00547E44">
      <w:pPr>
        <w:autoSpaceDE w:val="0"/>
        <w:autoSpaceDN w:val="0"/>
        <w:spacing w:after="78" w:line="220" w:lineRule="exact"/>
        <w:rPr>
          <w:lang w:val="ru-RU"/>
        </w:rPr>
      </w:pPr>
    </w:p>
    <w:p w:rsidR="00547E44" w:rsidRPr="006668D3" w:rsidRDefault="00042C51">
      <w:pPr>
        <w:autoSpaceDE w:val="0"/>
        <w:autoSpaceDN w:val="0"/>
        <w:spacing w:after="0" w:line="230" w:lineRule="auto"/>
        <w:rPr>
          <w:lang w:val="ru-RU"/>
        </w:rPr>
      </w:pPr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547E44" w:rsidRPr="006668D3" w:rsidRDefault="00042C51">
      <w:pPr>
        <w:autoSpaceDE w:val="0"/>
        <w:autoSpaceDN w:val="0"/>
        <w:spacing w:before="346" w:after="0" w:line="230" w:lineRule="auto"/>
        <w:rPr>
          <w:lang w:val="ru-RU"/>
        </w:rPr>
      </w:pPr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547E44" w:rsidRPr="006668D3" w:rsidRDefault="00042C51">
      <w:pPr>
        <w:autoSpaceDE w:val="0"/>
        <w:autoSpaceDN w:val="0"/>
        <w:spacing w:before="166" w:after="0" w:line="271" w:lineRule="auto"/>
        <w:ind w:right="144" w:firstLine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Планируемые результаты освоения курса представляют собой систему ведущих целевых установок и ожидаемых результатов освоения всех компонентов, составляющих содержательную основу образовательной программы.</w:t>
      </w:r>
    </w:p>
    <w:p w:rsidR="00547E44" w:rsidRPr="006668D3" w:rsidRDefault="00042C51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 освоения курса достигаются в единстве учебной и воспитательной деятельности.</w:t>
      </w:r>
    </w:p>
    <w:p w:rsidR="00547E44" w:rsidRPr="006668D3" w:rsidRDefault="00042C51">
      <w:pPr>
        <w:autoSpaceDE w:val="0"/>
        <w:autoSpaceDN w:val="0"/>
        <w:spacing w:before="70" w:after="0" w:line="281" w:lineRule="auto"/>
        <w:ind w:right="864" w:firstLine="180"/>
        <w:rPr>
          <w:lang w:val="ru-RU"/>
        </w:rPr>
      </w:pPr>
      <w:r w:rsidRPr="006668D3">
        <w:rPr>
          <w:rFonts w:ascii="Times New Roman" w:eastAsia="Times New Roman" w:hAnsi="Times New Roman"/>
          <w:i/>
          <w:color w:val="000000"/>
          <w:sz w:val="24"/>
          <w:lang w:val="ru-RU"/>
        </w:rPr>
        <w:t>Личностные результаты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освоения курса включают осознание российской гражданской идентичности; готовность обучающихся к саморазвитию, самостоятельности и личностному самоопределению; ценность самостоятельности и инициативы; наличие мотивации к 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целенаправленной социально значимой деятельности; </w:t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547E44" w:rsidRPr="006668D3" w:rsidRDefault="00042C51">
      <w:pPr>
        <w:tabs>
          <w:tab w:val="left" w:pos="180"/>
        </w:tabs>
        <w:autoSpaceDE w:val="0"/>
        <w:autoSpaceDN w:val="0"/>
        <w:spacing w:before="70" w:after="0" w:line="281" w:lineRule="auto"/>
        <w:ind w:right="576"/>
        <w:rPr>
          <w:lang w:val="ru-RU"/>
        </w:rPr>
      </w:pP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Патриотическое воспитание </w:t>
      </w:r>
      <w:r w:rsidRPr="006668D3">
        <w:rPr>
          <w:lang w:val="ru-RU"/>
        </w:rPr>
        <w:br/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Самоопределение (личностное, профессиональное, жизненное): </w:t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российской гражданской идентичности: патриотизма, уважения к Отечеству, прошлому и настоящему многонационального народа России через представления об исторической роли культур народов России, традиционных религий, духовно-нравственных ценностей в становлении российской государственности.</w:t>
      </w:r>
    </w:p>
    <w:p w:rsidR="00547E44" w:rsidRPr="006668D3" w:rsidRDefault="00042C51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Гражданское воспитание </w:t>
      </w:r>
      <w:r w:rsidRPr="006668D3">
        <w:rPr>
          <w:lang w:val="ru-RU"/>
        </w:rPr>
        <w:br/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Осознанность своей гражданской идентичности через знание истории, языка, культуры своего народа, своего края, основ культурного наследия народов России и человечества и знание основных норм морали, нравственных и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потребительстве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понимания и принятия гуманистических, демократических и традиционных ценностей многонационального российского общества с помощью воспитания способности к духовному развитию, нравственному самосовершенствованию; воспитание 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веротерпимости, уважительного отношения к религиозным чувствам, взглядам людей или их отсутствию.</w:t>
      </w:r>
    </w:p>
    <w:p w:rsidR="00547E44" w:rsidRPr="006668D3" w:rsidRDefault="00042C51">
      <w:pPr>
        <w:tabs>
          <w:tab w:val="left" w:pos="180"/>
        </w:tabs>
        <w:autoSpaceDE w:val="0"/>
        <w:autoSpaceDN w:val="0"/>
        <w:spacing w:before="70" w:after="0" w:line="278" w:lineRule="auto"/>
        <w:ind w:right="144"/>
        <w:rPr>
          <w:lang w:val="ru-RU"/>
        </w:rPr>
      </w:pP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Ценности познавательной деятельности </w:t>
      </w:r>
      <w:r w:rsidRPr="006668D3">
        <w:rPr>
          <w:lang w:val="ru-RU"/>
        </w:rPr>
        <w:br/>
      </w:r>
      <w:r w:rsidRPr="006668D3">
        <w:rPr>
          <w:lang w:val="ru-RU"/>
        </w:rPr>
        <w:tab/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547E44" w:rsidRPr="006668D3" w:rsidRDefault="00042C51">
      <w:pPr>
        <w:autoSpaceDE w:val="0"/>
        <w:autoSpaceDN w:val="0"/>
        <w:spacing w:before="70" w:after="0" w:line="281" w:lineRule="auto"/>
        <w:ind w:right="288" w:firstLine="180"/>
        <w:rPr>
          <w:lang w:val="ru-RU"/>
        </w:rPr>
      </w:pPr>
      <w:proofErr w:type="spellStart"/>
      <w:r w:rsidRPr="006668D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Смыслообразование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ответственного отношения к учению,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развитию, нравственному 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самосовершенствованию; воспитание веротерпимости, уважительного отношения к религиозным чувствам, взглядам людей или их отсутствию.</w:t>
      </w:r>
    </w:p>
    <w:p w:rsidR="00547E44" w:rsidRPr="006668D3" w:rsidRDefault="00042C51">
      <w:pPr>
        <w:tabs>
          <w:tab w:val="left" w:pos="180"/>
        </w:tabs>
        <w:autoSpaceDE w:val="0"/>
        <w:autoSpaceDN w:val="0"/>
        <w:spacing w:before="70" w:after="0" w:line="286" w:lineRule="auto"/>
        <w:ind w:right="288"/>
        <w:rPr>
          <w:lang w:val="ru-RU"/>
        </w:rPr>
      </w:pP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4. Духовно-нравственное воспитание </w:t>
      </w:r>
      <w:r w:rsidRPr="006668D3">
        <w:rPr>
          <w:lang w:val="ru-RU"/>
        </w:rPr>
        <w:br/>
      </w:r>
      <w:r w:rsidRPr="006668D3">
        <w:rPr>
          <w:lang w:val="ru-RU"/>
        </w:rPr>
        <w:tab/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родного края, России и народов мира; освоение социальных норм, правил поведения, ролей и форм социальной жизни в группах 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 xml:space="preserve">и сообществах, включая взрослые и социальные сообщества; </w:t>
      </w:r>
      <w:r w:rsidRPr="006668D3">
        <w:rPr>
          <w:lang w:val="ru-RU"/>
        </w:rPr>
        <w:br/>
      </w:r>
      <w:r w:rsidRPr="006668D3">
        <w:rPr>
          <w:lang w:val="ru-RU"/>
        </w:rPr>
        <w:tab/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нравственной рефлексии и компетентности в решении моральных проблем на основе личностного выбора, нравственных чувств и нравственного поведения, осознанного и</w:t>
      </w:r>
    </w:p>
    <w:p w:rsidR="00547E44" w:rsidRPr="006668D3" w:rsidRDefault="00547E44">
      <w:pPr>
        <w:autoSpaceDE w:val="0"/>
        <w:autoSpaceDN w:val="0"/>
        <w:spacing w:after="66" w:line="220" w:lineRule="exact"/>
        <w:rPr>
          <w:lang w:val="ru-RU"/>
        </w:rPr>
      </w:pPr>
    </w:p>
    <w:p w:rsidR="00547E44" w:rsidRPr="006668D3" w:rsidRDefault="00042C51">
      <w:pPr>
        <w:tabs>
          <w:tab w:val="left" w:pos="180"/>
        </w:tabs>
        <w:autoSpaceDE w:val="0"/>
        <w:autoSpaceDN w:val="0"/>
        <w:spacing w:after="0" w:line="281" w:lineRule="auto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ответственного отношения к собственным поступкам; </w:t>
      </w:r>
      <w:r w:rsidRPr="006668D3">
        <w:rPr>
          <w:lang w:val="ru-RU"/>
        </w:rPr>
        <w:br/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осознание значения семьи в жизни человека и общества; принятие ценности семейной жизни; уважительное и заботливое отношение к членам своей семьи через знание основных норм морали, нравственных, духовных идеалов, хранимых в культурных традициях народов России; готовность на их основе к сознательному самоограничению в поступках, поведении, расточительном потреблении.</w:t>
      </w:r>
    </w:p>
    <w:p w:rsidR="00547E44" w:rsidRPr="006668D3" w:rsidRDefault="00042C51">
      <w:pPr>
        <w:autoSpaceDE w:val="0"/>
        <w:autoSpaceDN w:val="0"/>
        <w:spacing w:before="262" w:after="0" w:line="230" w:lineRule="auto"/>
        <w:rPr>
          <w:lang w:val="ru-RU"/>
        </w:rPr>
      </w:pPr>
      <w:proofErr w:type="spellStart"/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</w:t>
      </w:r>
      <w:proofErr w:type="spellEnd"/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результаты</w:t>
      </w:r>
    </w:p>
    <w:p w:rsidR="00547E44" w:rsidRPr="006668D3" w:rsidRDefault="00042C51">
      <w:pPr>
        <w:autoSpaceDE w:val="0"/>
        <w:autoSpaceDN w:val="0"/>
        <w:spacing w:before="166" w:after="0" w:line="286" w:lineRule="auto"/>
        <w:ind w:right="144" w:firstLine="180"/>
        <w:rPr>
          <w:lang w:val="ru-RU"/>
        </w:rPr>
      </w:pP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результаты освоения курса включают освоение обучающимися </w:t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межпредметных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понятий (используются в нескольких предметных областях) и универсальные учебные действия (познавательные, коммуникативные, регулятивные); способность их использовать в учебной, познавательной и социальной практике; готовность к самостоятельному планированию и 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осуществлению учебной деятельности и организации учебного сотрудничества с педагогом и сверстниками, к участию в построении индивидуальной образовательной траектории; овладение навыками работы с информацией: восприятие и создание информационных текстов в различных форматах, в том числе цифровых, с учётом назначения информации и её аудитории.</w:t>
      </w:r>
    </w:p>
    <w:p w:rsidR="00547E44" w:rsidRPr="006668D3" w:rsidRDefault="00042C51">
      <w:pPr>
        <w:autoSpaceDE w:val="0"/>
        <w:autoSpaceDN w:val="0"/>
        <w:spacing w:before="190" w:after="0" w:line="262" w:lineRule="auto"/>
        <w:ind w:left="180" w:right="3888"/>
        <w:rPr>
          <w:lang w:val="ru-RU"/>
        </w:rPr>
      </w:pPr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Познавательные универсальные учебные действия 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Познавательные универсальные учебные действия включают:</w:t>
      </w:r>
    </w:p>
    <w:p w:rsidR="00547E44" w:rsidRPr="006668D3" w:rsidRDefault="00042C51">
      <w:pPr>
        <w:autoSpaceDE w:val="0"/>
        <w:autoSpaceDN w:val="0"/>
        <w:spacing w:before="178" w:after="0"/>
        <w:ind w:left="420" w:right="144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—  умение определять понятия, создавать обобщения, устанавливать аналогии, 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 (логические УУД);</w:t>
      </w:r>
    </w:p>
    <w:p w:rsidR="00547E44" w:rsidRPr="006668D3" w:rsidRDefault="00042C51">
      <w:pPr>
        <w:autoSpaceDE w:val="0"/>
        <w:autoSpaceDN w:val="0"/>
        <w:spacing w:before="238" w:after="0" w:line="262" w:lineRule="auto"/>
        <w:ind w:left="420" w:right="7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умение создавать, применять и преобразовывать знаки и символы, модели и схемы для решения учебных и познавательных задач (знаково- символические / моделирование);</w:t>
      </w:r>
    </w:p>
    <w:p w:rsidR="00547E44" w:rsidRPr="006668D3" w:rsidRDefault="00042C51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смысловое чтение;</w:t>
      </w:r>
    </w:p>
    <w:p w:rsidR="00547E44" w:rsidRPr="006668D3" w:rsidRDefault="00042C51">
      <w:pPr>
        <w:autoSpaceDE w:val="0"/>
        <w:autoSpaceDN w:val="0"/>
        <w:spacing w:before="238" w:after="0" w:line="262" w:lineRule="auto"/>
        <w:ind w:left="420" w:right="432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развитие мотивации к овладению культурой активного использования словарей и других поисковых систем.</w:t>
      </w:r>
    </w:p>
    <w:p w:rsidR="00547E44" w:rsidRPr="006668D3" w:rsidRDefault="00042C51">
      <w:pPr>
        <w:autoSpaceDE w:val="0"/>
        <w:autoSpaceDN w:val="0"/>
        <w:spacing w:before="178" w:after="0" w:line="262" w:lineRule="auto"/>
        <w:ind w:left="180" w:right="3600"/>
        <w:rPr>
          <w:lang w:val="ru-RU"/>
        </w:rPr>
      </w:pPr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Коммуникативные универсальные учебные действия 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Коммуникативные универсальные учебные действия включают:</w:t>
      </w:r>
    </w:p>
    <w:p w:rsidR="00547E44" w:rsidRPr="006668D3" w:rsidRDefault="00042C51">
      <w:pPr>
        <w:autoSpaceDE w:val="0"/>
        <w:autoSpaceDN w:val="0"/>
        <w:spacing w:before="180" w:after="0"/>
        <w:ind w:left="4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 (учебное сотрудничество);</w:t>
      </w:r>
    </w:p>
    <w:p w:rsidR="00547E44" w:rsidRPr="006668D3" w:rsidRDefault="00042C51">
      <w:pPr>
        <w:autoSpaceDE w:val="0"/>
        <w:autoSpaceDN w:val="0"/>
        <w:spacing w:before="238" w:after="0"/>
        <w:ind w:left="4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 xml:space="preserve">—  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деятельности; владение устной и письменной речью, монологической контекстной речью (коммуникация);</w:t>
      </w:r>
    </w:p>
    <w:p w:rsidR="00547E44" w:rsidRPr="006668D3" w:rsidRDefault="00042C51">
      <w:pPr>
        <w:autoSpaceDE w:val="0"/>
        <w:autoSpaceDN w:val="0"/>
        <w:spacing w:before="238" w:after="0" w:line="262" w:lineRule="auto"/>
        <w:ind w:left="420" w:right="864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и развитие компетентности в области использования информационно-коммуникационных технологий (ИКТ-компетентность).</w:t>
      </w:r>
    </w:p>
    <w:p w:rsidR="00547E44" w:rsidRPr="006668D3" w:rsidRDefault="00042C51">
      <w:pPr>
        <w:autoSpaceDE w:val="0"/>
        <w:autoSpaceDN w:val="0"/>
        <w:spacing w:before="178" w:after="0" w:line="262" w:lineRule="auto"/>
        <w:ind w:left="180" w:right="4176"/>
        <w:rPr>
          <w:lang w:val="ru-RU"/>
        </w:rPr>
      </w:pPr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Регулятивные универсальные учебные действия 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Регулятивные универсальные учебные действия включают:</w:t>
      </w:r>
    </w:p>
    <w:p w:rsidR="00547E44" w:rsidRPr="006668D3" w:rsidRDefault="00042C51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умение самостоятельно определять цели обучения, ставить и формулировать для себя новые задачи в учёбе и познавательной деятельности, развивать мотивы и интересы своей</w:t>
      </w:r>
    </w:p>
    <w:p w:rsidR="00547E44" w:rsidRPr="006668D3" w:rsidRDefault="00547E44">
      <w:pPr>
        <w:autoSpaceDE w:val="0"/>
        <w:autoSpaceDN w:val="0"/>
        <w:spacing w:after="66" w:line="220" w:lineRule="exact"/>
        <w:rPr>
          <w:lang w:val="ru-RU"/>
        </w:rPr>
      </w:pPr>
    </w:p>
    <w:p w:rsidR="00547E44" w:rsidRPr="006668D3" w:rsidRDefault="00042C51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познавательной деятельности (целеполагание);</w:t>
      </w:r>
    </w:p>
    <w:p w:rsidR="00547E44" w:rsidRPr="006668D3" w:rsidRDefault="00042C51">
      <w:pPr>
        <w:autoSpaceDE w:val="0"/>
        <w:autoSpaceDN w:val="0"/>
        <w:spacing w:before="238" w:after="0" w:line="271" w:lineRule="auto"/>
        <w:ind w:left="420" w:right="144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:rsidR="00547E44" w:rsidRPr="006668D3" w:rsidRDefault="00042C51">
      <w:pPr>
        <w:autoSpaceDE w:val="0"/>
        <w:autoSpaceDN w:val="0"/>
        <w:spacing w:before="238" w:after="0"/>
        <w:ind w:left="420" w:right="288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— 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</w:t>
      </w:r>
      <w:proofErr w:type="gram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ситуацией(</w:t>
      </w:r>
      <w:proofErr w:type="gram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контроль и коррекция);</w:t>
      </w:r>
    </w:p>
    <w:p w:rsidR="00547E44" w:rsidRPr="006668D3" w:rsidRDefault="00042C51">
      <w:pPr>
        <w:autoSpaceDE w:val="0"/>
        <w:autoSpaceDN w:val="0"/>
        <w:spacing w:before="240" w:after="0" w:line="262" w:lineRule="auto"/>
        <w:ind w:left="420" w:right="288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умение оценивать правильность выполнения учебной задачи, собственные возможности её решения (оценка);</w:t>
      </w:r>
    </w:p>
    <w:p w:rsidR="00547E44" w:rsidRPr="006668D3" w:rsidRDefault="00042C51">
      <w:pPr>
        <w:autoSpaceDE w:val="0"/>
        <w:autoSpaceDN w:val="0"/>
        <w:spacing w:before="240" w:after="0" w:line="271" w:lineRule="auto"/>
        <w:ind w:left="420" w:right="432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владение основами самоконтроля, самооценки, принятия решений и осуществления осознанного выбора в учебной и познавательной (познавательная рефлексия, </w:t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саморегуляция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) деятельности.</w:t>
      </w:r>
    </w:p>
    <w:p w:rsidR="00547E44" w:rsidRPr="006668D3" w:rsidRDefault="00042C51">
      <w:pPr>
        <w:autoSpaceDE w:val="0"/>
        <w:autoSpaceDN w:val="0"/>
        <w:spacing w:before="322" w:after="0" w:line="230" w:lineRule="auto"/>
        <w:rPr>
          <w:lang w:val="ru-RU"/>
        </w:rPr>
      </w:pPr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547E44" w:rsidRPr="006668D3" w:rsidRDefault="00042C51">
      <w:pPr>
        <w:autoSpaceDE w:val="0"/>
        <w:autoSpaceDN w:val="0"/>
        <w:spacing w:before="166" w:after="0"/>
        <w:ind w:right="144" w:firstLine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Предметные результаты освоения курса включают освоение научных знаний, умений и способов действий, специфических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применению в различных учебных ситуациях, в том числе при создании проектов.</w:t>
      </w:r>
    </w:p>
    <w:p w:rsidR="00547E44" w:rsidRPr="006668D3" w:rsidRDefault="00042C51">
      <w:pPr>
        <w:autoSpaceDE w:val="0"/>
        <w:autoSpaceDN w:val="0"/>
        <w:spacing w:before="190" w:after="0" w:line="262" w:lineRule="auto"/>
        <w:ind w:left="180" w:right="4464"/>
        <w:rPr>
          <w:lang w:val="ru-RU"/>
        </w:rPr>
      </w:pPr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Тематический блок 1. «Культура как </w:t>
      </w:r>
      <w:proofErr w:type="spellStart"/>
      <w:proofErr w:type="gramStart"/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>социальность»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</w:t>
      </w:r>
      <w:proofErr w:type="spellEnd"/>
      <w:proofErr w:type="gram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1. Мир культуры: его структура</w:t>
      </w:r>
    </w:p>
    <w:p w:rsidR="00547E44" w:rsidRPr="006668D3" w:rsidRDefault="00042C51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Знать и уметь объяснить структуру культуры как социального явления;</w:t>
      </w:r>
    </w:p>
    <w:p w:rsidR="00547E44" w:rsidRPr="006668D3" w:rsidRDefault="00042C51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понимать специфику социальных явлений, их ключевые отличия от природных явлений;</w:t>
      </w:r>
    </w:p>
    <w:p w:rsidR="00547E44" w:rsidRPr="006668D3" w:rsidRDefault="00042C51">
      <w:pPr>
        <w:autoSpaceDE w:val="0"/>
        <w:autoSpaceDN w:val="0"/>
        <w:spacing w:before="238" w:after="0" w:line="262" w:lineRule="auto"/>
        <w:ind w:left="420" w:right="864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уметь доказывать связь между этапом развития материальной культуры и социальной структурой общества, их взаимосвязь с духовно-нравственным состоянием общества;</w:t>
      </w:r>
    </w:p>
    <w:p w:rsidR="00547E44" w:rsidRPr="006668D3" w:rsidRDefault="00042C51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 xml:space="preserve">—  понимать зависимость социальных процессов от </w:t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культурноисторических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процессов;</w:t>
      </w:r>
    </w:p>
    <w:p w:rsidR="00547E44" w:rsidRPr="006668D3" w:rsidRDefault="00042C51">
      <w:pPr>
        <w:autoSpaceDE w:val="0"/>
        <w:autoSpaceDN w:val="0"/>
        <w:spacing w:before="240" w:after="0" w:line="262" w:lineRule="auto"/>
        <w:ind w:left="420" w:right="432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уметь объяснить взаимосвязь между научно-техническим прогрессом и этапами развития социума.</w:t>
      </w:r>
    </w:p>
    <w:p w:rsidR="00547E44" w:rsidRPr="006668D3" w:rsidRDefault="00042C51">
      <w:pPr>
        <w:autoSpaceDE w:val="0"/>
        <w:autoSpaceDN w:val="0"/>
        <w:spacing w:before="180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2. Культура России: многообразие регионов</w:t>
      </w:r>
    </w:p>
    <w:p w:rsidR="00547E44" w:rsidRPr="006668D3" w:rsidRDefault="00042C51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административно-территориальное деление России;</w:t>
      </w:r>
    </w:p>
    <w:p w:rsidR="00547E44" w:rsidRPr="006668D3" w:rsidRDefault="00042C51">
      <w:pPr>
        <w:autoSpaceDE w:val="0"/>
        <w:autoSpaceDN w:val="0"/>
        <w:spacing w:before="238" w:after="0" w:line="262" w:lineRule="auto"/>
        <w:ind w:left="420" w:right="144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знать количество регионов, различать субъекты и федеральные округа, уметь показать их на административной карте России;</w:t>
      </w:r>
    </w:p>
    <w:p w:rsidR="00547E44" w:rsidRPr="006668D3" w:rsidRDefault="00042C51">
      <w:pPr>
        <w:autoSpaceDE w:val="0"/>
        <w:autoSpaceDN w:val="0"/>
        <w:spacing w:before="238" w:after="0" w:line="262" w:lineRule="auto"/>
        <w:ind w:left="420" w:right="576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и уметь объяснить необходимость федеративного устройства в </w:t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полиэтничном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государстве, важность сохранения исторической памяти отдельных этносов;</w:t>
      </w:r>
    </w:p>
    <w:p w:rsidR="00547E44" w:rsidRPr="006668D3" w:rsidRDefault="00042C51">
      <w:pPr>
        <w:autoSpaceDE w:val="0"/>
        <w:autoSpaceDN w:val="0"/>
        <w:spacing w:before="238" w:after="0" w:line="262" w:lineRule="auto"/>
        <w:ind w:left="4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объяснять принцип равенства прав каждого человека, вне зависимости от его принадлежности к тому или иному народу;</w:t>
      </w:r>
    </w:p>
    <w:p w:rsidR="00547E44" w:rsidRPr="006668D3" w:rsidRDefault="00042C51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понимать ценность многообразия культурных укладов народов Российской Федерации;</w:t>
      </w:r>
    </w:p>
    <w:p w:rsidR="00547E44" w:rsidRPr="006668D3" w:rsidRDefault="00042C51">
      <w:pPr>
        <w:autoSpaceDE w:val="0"/>
        <w:autoSpaceDN w:val="0"/>
        <w:spacing w:before="238" w:after="0" w:line="262" w:lineRule="auto"/>
        <w:ind w:left="4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демонстрировать готовность к сохранению межнационального и межрелигиозного согласия в России;</w:t>
      </w:r>
    </w:p>
    <w:p w:rsidR="00547E44" w:rsidRPr="006668D3" w:rsidRDefault="00547E44">
      <w:pPr>
        <w:autoSpaceDE w:val="0"/>
        <w:autoSpaceDN w:val="0"/>
        <w:spacing w:after="174" w:line="220" w:lineRule="exact"/>
        <w:rPr>
          <w:lang w:val="ru-RU"/>
        </w:rPr>
      </w:pPr>
    </w:p>
    <w:p w:rsidR="00547E44" w:rsidRPr="006668D3" w:rsidRDefault="00042C51">
      <w:pPr>
        <w:autoSpaceDE w:val="0"/>
        <w:autoSpaceDN w:val="0"/>
        <w:spacing w:after="0" w:line="262" w:lineRule="auto"/>
        <w:ind w:left="240" w:right="288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духовную культуру всех народов России как общее достояние и богатство нашей многонациональной Родины.</w:t>
      </w:r>
    </w:p>
    <w:p w:rsidR="00547E44" w:rsidRPr="006668D3" w:rsidRDefault="00042C51">
      <w:pPr>
        <w:autoSpaceDE w:val="0"/>
        <w:autoSpaceDN w:val="0"/>
        <w:spacing w:before="178" w:after="0" w:line="346" w:lineRule="auto"/>
        <w:ind w:left="240" w:hanging="24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3. История быта как история культуры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Понимать смысл понятия «домашнее хозяйство» и характеризовать его типы;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понимать взаимосвязь между хозяйственной деятельностью народов России и особенностями исторического периода;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находить и объяснять зависимость ценностных ориентиров народов России от их локализации в конкретных климатических, географических и культурно-исторических условиях.</w:t>
      </w:r>
    </w:p>
    <w:p w:rsidR="00547E44" w:rsidRPr="006668D3" w:rsidRDefault="00042C51">
      <w:pPr>
        <w:autoSpaceDE w:val="0"/>
        <w:autoSpaceDN w:val="0"/>
        <w:spacing w:before="180" w:after="0" w:line="353" w:lineRule="auto"/>
        <w:ind w:left="240" w:hanging="24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4. Прогресс: технический и социальный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Знать, что такое труд, производительность труда и разделение труда, характеризовать их роль и значение в истории и современном обществе;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осознавать и уметь доказывать взаимозависимость членов общества, роль созидательного и добросовестного труда для создания социально и экономически благоприятной среды;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демонстрировать понимание роли обслуживающего труда, его социальной и духовно-нравственной важности;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понимать взаимосвязи между механизацией домашнего труда и изменениями социальных взаимосвязей в обществе;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осознавать и обосновывать влияние технологий на культуру и ценности общества.</w:t>
      </w:r>
    </w:p>
    <w:p w:rsidR="00547E44" w:rsidRPr="006668D3" w:rsidRDefault="00042C51">
      <w:pPr>
        <w:autoSpaceDE w:val="0"/>
        <w:autoSpaceDN w:val="0"/>
        <w:spacing w:before="178" w:after="0" w:line="360" w:lineRule="auto"/>
        <w:ind w:left="240" w:hanging="24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Тема 5. Образование в культуре народов России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Иметь представление об истории образования и его роли в обществе на различных этапах его развития;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понимать и обосновывать роль ценностей в обществе, их зависимость от процесса познания;—  понимать специфику каждой ступени образования, её роль в современных общественных процессах;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обосновывать важность образования в современном мире и ценность знания;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образование как часть процесса формирования духовно-нравственных ориентиров человека.</w:t>
      </w:r>
    </w:p>
    <w:p w:rsidR="00547E44" w:rsidRPr="006668D3" w:rsidRDefault="00042C51" w:rsidP="00040AA3">
      <w:pPr>
        <w:autoSpaceDE w:val="0"/>
        <w:autoSpaceDN w:val="0"/>
        <w:spacing w:before="178" w:after="0" w:line="386" w:lineRule="auto"/>
        <w:ind w:left="240" w:right="288" w:hanging="24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6. Права и обязанности человека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Знать термины «права человека», «естественные права человека», «правовая культура»:—  характеризовать историю формирования комплекса понятий, связанных с правами;—  понимать и обосновывать важность прав человека как привилегии и обязанности человека;—  понимать необходимость соблюдения прав человека;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понимать и уметь объяснить необходимость сохранения паритета между правами и обязанностями человека в обществе;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приводить примеры формирования правовой культуры из истории народов России.</w:t>
      </w:r>
    </w:p>
    <w:p w:rsidR="00547E44" w:rsidRPr="006668D3" w:rsidRDefault="00042C51">
      <w:pPr>
        <w:autoSpaceDE w:val="0"/>
        <w:autoSpaceDN w:val="0"/>
        <w:spacing w:after="0" w:line="230" w:lineRule="auto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7. Общество и религия: духовно-нравственное взаимодействие</w:t>
      </w:r>
    </w:p>
    <w:p w:rsidR="00547E44" w:rsidRPr="006668D3" w:rsidRDefault="00042C51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Знать и понимать смысл терминов «религия», «конфессия», «атеизм», «свободомыслие»;</w:t>
      </w:r>
    </w:p>
    <w:p w:rsidR="00547E44" w:rsidRPr="006668D3" w:rsidRDefault="00042C51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—  характеризовать основные </w:t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культурообразующие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конфессии;</w:t>
      </w:r>
    </w:p>
    <w:p w:rsidR="00547E44" w:rsidRPr="006668D3" w:rsidRDefault="00042C51">
      <w:pPr>
        <w:autoSpaceDE w:val="0"/>
        <w:autoSpaceDN w:val="0"/>
        <w:spacing w:before="238" w:after="0" w:line="262" w:lineRule="auto"/>
        <w:ind w:left="240" w:right="432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знать и уметь объяснять роль религии в истории и на современном этапе общественного развития;</w:t>
      </w:r>
    </w:p>
    <w:p w:rsidR="00547E44" w:rsidRPr="006668D3" w:rsidRDefault="00042C51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понимать и обосновывать роль религий как источника культурного развития общества.</w:t>
      </w:r>
    </w:p>
    <w:p w:rsidR="00547E44" w:rsidRPr="006668D3" w:rsidRDefault="00042C51">
      <w:pPr>
        <w:autoSpaceDE w:val="0"/>
        <w:autoSpaceDN w:val="0"/>
        <w:spacing w:before="178" w:after="0" w:line="230" w:lineRule="auto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8. Современный мир: самое важное (</w:t>
      </w:r>
      <w:r w:rsidRPr="006668D3">
        <w:rPr>
          <w:rFonts w:ascii="Times New Roman" w:eastAsia="Times New Roman" w:hAnsi="Times New Roman"/>
          <w:i/>
          <w:color w:val="000000"/>
          <w:sz w:val="24"/>
          <w:lang w:val="ru-RU"/>
        </w:rPr>
        <w:t>практическое занятие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)</w:t>
      </w:r>
    </w:p>
    <w:p w:rsidR="00547E44" w:rsidRPr="006668D3" w:rsidRDefault="00042C51">
      <w:pPr>
        <w:autoSpaceDE w:val="0"/>
        <w:autoSpaceDN w:val="0"/>
        <w:spacing w:before="180" w:after="0" w:line="262" w:lineRule="auto"/>
        <w:ind w:left="240" w:right="144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основные процессы, протекающие в современном обществе, его духовно-нравственные ориентиры;</w:t>
      </w:r>
    </w:p>
    <w:p w:rsidR="00547E44" w:rsidRPr="006668D3" w:rsidRDefault="00042C51">
      <w:pPr>
        <w:autoSpaceDE w:val="0"/>
        <w:autoSpaceDN w:val="0"/>
        <w:spacing w:before="240" w:after="0" w:line="262" w:lineRule="auto"/>
        <w:ind w:left="24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понимать и уметь доказать важность духовно-нравственного развития человека и общества в целом для сохранения социально-экономического благополучия;</w:t>
      </w:r>
    </w:p>
    <w:p w:rsidR="00547E44" w:rsidRPr="006668D3" w:rsidRDefault="00042C51">
      <w:pPr>
        <w:autoSpaceDE w:val="0"/>
        <w:autoSpaceDN w:val="0"/>
        <w:spacing w:before="238" w:after="0" w:line="262" w:lineRule="auto"/>
        <w:ind w:left="240" w:right="7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называть и характеризовать основные источники этого процесса; уметь доказывать теоретические положения, выдвинутые ранее на примерах из истории и культуры России.</w:t>
      </w:r>
    </w:p>
    <w:p w:rsidR="00547E44" w:rsidRPr="006668D3" w:rsidRDefault="00042C51">
      <w:pPr>
        <w:autoSpaceDE w:val="0"/>
        <w:autoSpaceDN w:val="0"/>
        <w:spacing w:before="178" w:after="0" w:line="262" w:lineRule="auto"/>
        <w:ind w:right="3456"/>
        <w:rPr>
          <w:lang w:val="ru-RU"/>
        </w:rPr>
      </w:pPr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Тематический блок 2. «Человек и его отражение в </w:t>
      </w:r>
      <w:proofErr w:type="spellStart"/>
      <w:proofErr w:type="gramStart"/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>культуре»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</w:t>
      </w:r>
      <w:proofErr w:type="spellEnd"/>
      <w:proofErr w:type="gram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9. Духовно-нравственный облик и идеал человека</w:t>
      </w:r>
    </w:p>
    <w:p w:rsidR="00547E44" w:rsidRPr="006668D3" w:rsidRDefault="00042C51">
      <w:pPr>
        <w:autoSpaceDE w:val="0"/>
        <w:autoSpaceDN w:val="0"/>
        <w:spacing w:before="178" w:after="0" w:line="262" w:lineRule="auto"/>
        <w:ind w:left="240" w:right="7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—  Объяснять, как проявляется мораль и нравственность через описание личных качеств человека;</w:t>
      </w:r>
    </w:p>
    <w:p w:rsidR="00547E44" w:rsidRPr="006668D3" w:rsidRDefault="00042C51">
      <w:pPr>
        <w:autoSpaceDE w:val="0"/>
        <w:autoSpaceDN w:val="0"/>
        <w:spacing w:before="238" w:after="0" w:line="262" w:lineRule="auto"/>
        <w:ind w:left="240" w:right="7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осознавать, какие личностные качества соотносятся с теми или иными моральными и нравственными ценностями;</w:t>
      </w:r>
    </w:p>
    <w:p w:rsidR="00547E44" w:rsidRPr="006668D3" w:rsidRDefault="00042C51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понимать различия между этикой и этикетом и их взаимосвязь;</w:t>
      </w:r>
    </w:p>
    <w:p w:rsidR="00547E44" w:rsidRPr="006668D3" w:rsidRDefault="00042C51">
      <w:pPr>
        <w:autoSpaceDE w:val="0"/>
        <w:autoSpaceDN w:val="0"/>
        <w:spacing w:before="238" w:after="0" w:line="262" w:lineRule="auto"/>
        <w:ind w:left="24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обосновывать и доказывать ценность свободы как залога благополучия общества, уважения к правам человека, его месту и роли в общественных процессах;</w:t>
      </w:r>
    </w:p>
    <w:p w:rsidR="00547E44" w:rsidRPr="006668D3" w:rsidRDefault="00042C51">
      <w:pPr>
        <w:autoSpaceDE w:val="0"/>
        <w:autoSpaceDN w:val="0"/>
        <w:spacing w:before="238" w:after="0" w:line="262" w:lineRule="auto"/>
        <w:ind w:left="240" w:right="288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—  характеризовать взаимосвязь таких понятий как «свобода», «ответственность», «право» </w:t>
      </w:r>
      <w:proofErr w:type="spellStart"/>
      <w:proofErr w:type="gram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и«</w:t>
      </w:r>
      <w:proofErr w:type="gram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долг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»;</w:t>
      </w:r>
    </w:p>
    <w:p w:rsidR="00547E44" w:rsidRPr="006668D3" w:rsidRDefault="00042C51">
      <w:pPr>
        <w:autoSpaceDE w:val="0"/>
        <w:autoSpaceDN w:val="0"/>
        <w:spacing w:before="240" w:after="0" w:line="262" w:lineRule="auto"/>
        <w:ind w:left="240" w:right="144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понимать важность коллективизма как ценности современной России и его приоритет перед идеологией индивидуализма;</w:t>
      </w:r>
    </w:p>
    <w:p w:rsidR="00547E44" w:rsidRPr="006668D3" w:rsidRDefault="00042C51">
      <w:pPr>
        <w:autoSpaceDE w:val="0"/>
        <w:autoSpaceDN w:val="0"/>
        <w:spacing w:before="240" w:after="0" w:line="262" w:lineRule="auto"/>
        <w:ind w:left="240" w:right="432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приводить примеры идеалов человека в историко-культурном пространстве современной России.</w:t>
      </w:r>
    </w:p>
    <w:p w:rsidR="00547E44" w:rsidRPr="006668D3" w:rsidRDefault="00042C51">
      <w:pPr>
        <w:autoSpaceDE w:val="0"/>
        <w:autoSpaceDN w:val="0"/>
        <w:spacing w:before="178" w:after="0" w:line="230" w:lineRule="auto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10. Взросление человека в культуре народов России</w:t>
      </w:r>
    </w:p>
    <w:p w:rsidR="00547E44" w:rsidRPr="006668D3" w:rsidRDefault="00042C51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различие между процессами антропогенеза и </w:t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антропосоциогенеза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547E44" w:rsidRPr="006668D3" w:rsidRDefault="00042C51">
      <w:pPr>
        <w:autoSpaceDE w:val="0"/>
        <w:autoSpaceDN w:val="0"/>
        <w:spacing w:before="238" w:after="0" w:line="262" w:lineRule="auto"/>
        <w:ind w:left="240" w:right="288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процесс взросления человека и его основные этапы, а также потребности человека для гармоничного развития и существования на каждом из этапов;</w:t>
      </w:r>
    </w:p>
    <w:p w:rsidR="00547E44" w:rsidRPr="006668D3" w:rsidRDefault="00042C51">
      <w:pPr>
        <w:autoSpaceDE w:val="0"/>
        <w:autoSpaceDN w:val="0"/>
        <w:spacing w:before="238" w:after="0" w:line="262" w:lineRule="auto"/>
        <w:ind w:left="240" w:right="288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обосновывать важность взаимодействия человека и общества, характеризовать негативные эффекты социальной изоляции;</w:t>
      </w:r>
    </w:p>
    <w:p w:rsidR="00547E44" w:rsidRPr="006668D3" w:rsidRDefault="00042C51">
      <w:pPr>
        <w:autoSpaceDE w:val="0"/>
        <w:autoSpaceDN w:val="0"/>
        <w:spacing w:before="238" w:after="0" w:line="262" w:lineRule="auto"/>
        <w:ind w:left="240" w:right="576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знать и уметь демонстрировать своё понимание самостоятельности, её роли в развитии личности, во взаимодействии с другими людьми.</w:t>
      </w:r>
    </w:p>
    <w:p w:rsidR="00547E44" w:rsidRPr="006668D3" w:rsidRDefault="00042C51">
      <w:pPr>
        <w:autoSpaceDE w:val="0"/>
        <w:autoSpaceDN w:val="0"/>
        <w:spacing w:before="178" w:after="0" w:line="230" w:lineRule="auto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11. Религия как источник нравственности</w:t>
      </w:r>
    </w:p>
    <w:p w:rsidR="00547E44" w:rsidRPr="006668D3" w:rsidRDefault="00547E44">
      <w:pPr>
        <w:autoSpaceDE w:val="0"/>
        <w:autoSpaceDN w:val="0"/>
        <w:spacing w:after="108" w:line="220" w:lineRule="exact"/>
        <w:rPr>
          <w:lang w:val="ru-RU"/>
        </w:rPr>
      </w:pPr>
    </w:p>
    <w:p w:rsidR="00547E44" w:rsidRPr="006668D3" w:rsidRDefault="00042C51">
      <w:pPr>
        <w:autoSpaceDE w:val="0"/>
        <w:autoSpaceDN w:val="0"/>
        <w:spacing w:after="0" w:line="355" w:lineRule="auto"/>
        <w:ind w:left="24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нравственный потенциал религии;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знать и уметь излагать нравственные принципы государствообразующих конфессий России;—  знать основные требования к нравственному идеалу человека в государствообразующих религиях современной России;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уметь обосновывать важность религиозных моральных и нравственных ценностей для современного общества.</w:t>
      </w:r>
    </w:p>
    <w:p w:rsidR="00547E44" w:rsidRPr="006668D3" w:rsidRDefault="00042C51">
      <w:pPr>
        <w:autoSpaceDE w:val="0"/>
        <w:autoSpaceDN w:val="0"/>
        <w:spacing w:before="178" w:after="0" w:line="360" w:lineRule="auto"/>
        <w:ind w:left="240" w:right="432" w:hanging="24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12. Наука как источник знания о человеке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Понимать и характеризовать смысл понятия «гуманитарное знание»;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определять нравственный смысл гуманитарного знания, его системообразующую роль в современной культуре;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—  характеризовать понятие «культура» как процесс самопознания общества, как его 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 xml:space="preserve">внутреннюю </w:t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самоактуализацию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осознавать и доказывать взаимосвязь различных областей гуманитарного знания.</w:t>
      </w:r>
    </w:p>
    <w:p w:rsidR="00547E44" w:rsidRPr="006668D3" w:rsidRDefault="00042C51">
      <w:pPr>
        <w:autoSpaceDE w:val="0"/>
        <w:autoSpaceDN w:val="0"/>
        <w:spacing w:before="178" w:after="0" w:line="360" w:lineRule="auto"/>
        <w:ind w:left="240" w:right="432" w:hanging="24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13. Этика и нравственность как категории духовной культуры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многосторонность понятия «этика»;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понимать особенности этики как науки;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объяснять понятия «добро» и «зло» с помощью примеров в истории и культуре народов России и соотносить их с личным опытом;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обосновывать важность и необходимость нравственности для социального благополучия общества и личности.</w:t>
      </w:r>
    </w:p>
    <w:p w:rsidR="00547E44" w:rsidRPr="006668D3" w:rsidRDefault="00042C51">
      <w:pPr>
        <w:autoSpaceDE w:val="0"/>
        <w:autoSpaceDN w:val="0"/>
        <w:spacing w:before="178" w:after="0" w:line="358" w:lineRule="auto"/>
        <w:ind w:left="240" w:right="144" w:hanging="24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14. Самопознание (</w:t>
      </w:r>
      <w:r w:rsidRPr="006668D3">
        <w:rPr>
          <w:rFonts w:ascii="Times New Roman" w:eastAsia="Times New Roman" w:hAnsi="Times New Roman"/>
          <w:i/>
          <w:color w:val="000000"/>
          <w:sz w:val="24"/>
          <w:lang w:val="ru-RU"/>
        </w:rPr>
        <w:t>практическое занятие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)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понятия «самопознание», «автобиография», «автопортрет», «рефлексия»;—  уметь соотносить понятия «мораль», «нравственность», «ценности» с самопознанием и рефлексией на доступном для обучающихся уровне;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доказывать и обосновывать свои нравственные убеждения.</w:t>
      </w:r>
    </w:p>
    <w:p w:rsidR="00547E44" w:rsidRPr="006668D3" w:rsidRDefault="00042C51">
      <w:pPr>
        <w:tabs>
          <w:tab w:val="left" w:pos="240"/>
        </w:tabs>
        <w:autoSpaceDE w:val="0"/>
        <w:autoSpaceDN w:val="0"/>
        <w:spacing w:before="180" w:after="0" w:line="370" w:lineRule="auto"/>
        <w:rPr>
          <w:lang w:val="ru-RU"/>
        </w:rPr>
      </w:pPr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>Тематический блок 3. «Человек как член общества»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15. Труд делает человека человеком</w:t>
      </w:r>
      <w:r w:rsidRPr="006668D3">
        <w:rPr>
          <w:lang w:val="ru-RU"/>
        </w:rPr>
        <w:br/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важность труда и его роль в современном обществе;</w:t>
      </w:r>
      <w:r w:rsidRPr="006668D3">
        <w:rPr>
          <w:lang w:val="ru-RU"/>
        </w:rPr>
        <w:br/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соотносить понятия «добросовестный труд» и «экономическое благополучие»;</w:t>
      </w:r>
      <w:r w:rsidRPr="006668D3">
        <w:rPr>
          <w:lang w:val="ru-RU"/>
        </w:rPr>
        <w:br/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объяснять понятия «безделье», «лень», «тунеядство»; понимать важность и уметь обосновать </w:t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необходимость их преодоления для самого себя;</w:t>
      </w:r>
      <w:r w:rsidRPr="006668D3">
        <w:rPr>
          <w:lang w:val="ru-RU"/>
        </w:rPr>
        <w:br/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оценивать общественные процессы в области общественной оценки труда;</w:t>
      </w:r>
      <w:r w:rsidRPr="006668D3">
        <w:rPr>
          <w:lang w:val="ru-RU"/>
        </w:rPr>
        <w:br/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осознавать и демонстрировать значимость трудолюбия, трудовых подвигов, социальной </w:t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ответственности за свой труд;</w:t>
      </w:r>
      <w:r w:rsidRPr="006668D3">
        <w:rPr>
          <w:lang w:val="ru-RU"/>
        </w:rPr>
        <w:br/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объяснять важность труда и его экономической стоимости;</w:t>
      </w:r>
    </w:p>
    <w:p w:rsidR="00547E44" w:rsidRPr="006668D3" w:rsidRDefault="00547E44">
      <w:pPr>
        <w:autoSpaceDE w:val="0"/>
        <w:autoSpaceDN w:val="0"/>
        <w:spacing w:after="108" w:line="220" w:lineRule="exact"/>
        <w:rPr>
          <w:lang w:val="ru-RU"/>
        </w:rPr>
      </w:pPr>
    </w:p>
    <w:p w:rsidR="00547E44" w:rsidRPr="006668D3" w:rsidRDefault="00042C51">
      <w:pPr>
        <w:autoSpaceDE w:val="0"/>
        <w:autoSpaceDN w:val="0"/>
        <w:spacing w:after="0" w:line="271" w:lineRule="auto"/>
        <w:ind w:left="420" w:right="144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знать и объяснять понятия «безделье», «лень», «тунеядство», с одной стороны, и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«трудолюбие», «подвиг труда», «ответственность», с другой стороны, а также «общественная оценка труда».</w:t>
      </w:r>
    </w:p>
    <w:p w:rsidR="00547E44" w:rsidRPr="006668D3" w:rsidRDefault="00042C51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16. Подвиг: как узнать героя?</w:t>
      </w:r>
    </w:p>
    <w:p w:rsidR="00547E44" w:rsidRPr="006668D3" w:rsidRDefault="00042C51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понятия «подвиг», «героизм», «самопожертвование»;</w:t>
      </w:r>
    </w:p>
    <w:p w:rsidR="00547E44" w:rsidRPr="006668D3" w:rsidRDefault="00042C51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понимать отличия подвига на войне и в мирное время;</w:t>
      </w:r>
    </w:p>
    <w:p w:rsidR="00547E44" w:rsidRPr="006668D3" w:rsidRDefault="00042C51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уметь доказывать важность героических примеров для жизни общества;</w:t>
      </w:r>
    </w:p>
    <w:p w:rsidR="00547E44" w:rsidRPr="006668D3" w:rsidRDefault="00042C51">
      <w:pPr>
        <w:autoSpaceDE w:val="0"/>
        <w:autoSpaceDN w:val="0"/>
        <w:spacing w:before="240" w:after="0" w:line="230" w:lineRule="auto"/>
        <w:ind w:left="4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знать и называть героев современного общества и исторических личностей;</w:t>
      </w:r>
    </w:p>
    <w:p w:rsidR="00547E44" w:rsidRPr="006668D3" w:rsidRDefault="00042C51">
      <w:pPr>
        <w:autoSpaceDE w:val="0"/>
        <w:autoSpaceDN w:val="0"/>
        <w:spacing w:before="240" w:after="0" w:line="262" w:lineRule="auto"/>
        <w:ind w:left="420" w:right="288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—  обосновывать разграничение понятий «героизм» и «</w:t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псевдогероизм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» через значимость для общества и понимание последствий.</w:t>
      </w:r>
    </w:p>
    <w:p w:rsidR="00547E44" w:rsidRPr="006668D3" w:rsidRDefault="00042C51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17. Люди в обществе: духовно-нравственное взаимовлияние</w:t>
      </w:r>
    </w:p>
    <w:p w:rsidR="00547E44" w:rsidRPr="006668D3" w:rsidRDefault="00042C51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понятие «социальные отношения»;</w:t>
      </w:r>
    </w:p>
    <w:p w:rsidR="00547E44" w:rsidRPr="006668D3" w:rsidRDefault="00042C51">
      <w:pPr>
        <w:autoSpaceDE w:val="0"/>
        <w:autoSpaceDN w:val="0"/>
        <w:spacing w:before="238" w:after="0" w:line="262" w:lineRule="auto"/>
        <w:ind w:left="4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понимать смысл понятия «человек как субъект социальных отношений» в приложении к его нравственному и духовному развитию;</w:t>
      </w:r>
    </w:p>
    <w:p w:rsidR="00547E44" w:rsidRPr="006668D3" w:rsidRDefault="00042C51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осознавать роль малых и больших социальных групп в нравственном состоянии личности;</w:t>
      </w:r>
    </w:p>
    <w:p w:rsidR="00547E44" w:rsidRPr="006668D3" w:rsidRDefault="00042C51">
      <w:pPr>
        <w:autoSpaceDE w:val="0"/>
        <w:autoSpaceDN w:val="0"/>
        <w:spacing w:before="238" w:after="0" w:line="262" w:lineRule="auto"/>
        <w:ind w:left="420" w:right="288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обосновывать понятия «дружба», «предательство», «честь», «коллективизм» и приводить примеры из истории, культуры и литературы;</w:t>
      </w:r>
    </w:p>
    <w:p w:rsidR="00547E44" w:rsidRPr="006668D3" w:rsidRDefault="00042C51">
      <w:pPr>
        <w:autoSpaceDE w:val="0"/>
        <w:autoSpaceDN w:val="0"/>
        <w:spacing w:before="238" w:after="0" w:line="262" w:lineRule="auto"/>
        <w:ind w:left="420" w:right="144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обосновывать важность и находить нравственные основания социальной взаимопомощи, в том числе благотворительности;</w:t>
      </w:r>
    </w:p>
    <w:p w:rsidR="00547E44" w:rsidRPr="006668D3" w:rsidRDefault="00042C51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понимать и характеризовать понятие «этика предпринимательства» в социальном аспекте.</w:t>
      </w:r>
    </w:p>
    <w:p w:rsidR="00547E44" w:rsidRPr="006668D3" w:rsidRDefault="00042C51">
      <w:pPr>
        <w:tabs>
          <w:tab w:val="left" w:pos="180"/>
        </w:tabs>
        <w:autoSpaceDE w:val="0"/>
        <w:autoSpaceDN w:val="0"/>
        <w:spacing w:before="178" w:after="0" w:line="262" w:lineRule="auto"/>
        <w:ind w:right="1152"/>
        <w:rPr>
          <w:lang w:val="ru-RU"/>
        </w:rPr>
      </w:pP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18. Проблемы современного общества как отражение его духовно-нравственного самосознания</w:t>
      </w:r>
    </w:p>
    <w:p w:rsidR="00547E44" w:rsidRPr="006668D3" w:rsidRDefault="00042C51">
      <w:pPr>
        <w:autoSpaceDE w:val="0"/>
        <w:autoSpaceDN w:val="0"/>
        <w:spacing w:before="178" w:after="0" w:line="271" w:lineRule="auto"/>
        <w:ind w:left="420" w:right="144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—  Характеризовать понятие «социальные проблемы современного общества» как 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многостороннее явление, в том числе обусловленное несовершенством духовно-нравственных идеалов и ценностей;</w:t>
      </w:r>
    </w:p>
    <w:p w:rsidR="00547E44" w:rsidRPr="006668D3" w:rsidRDefault="00042C51">
      <w:pPr>
        <w:autoSpaceDE w:val="0"/>
        <w:autoSpaceDN w:val="0"/>
        <w:spacing w:before="240" w:after="0" w:line="262" w:lineRule="auto"/>
        <w:ind w:left="4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приводить примеры таких понятий как «бедность», «асоциальная семья», «сиротство»; знать и уметь обосновывать пути преодоления их последствий на доступном для понимания уровне;</w:t>
      </w:r>
    </w:p>
    <w:p w:rsidR="00547E44" w:rsidRPr="006668D3" w:rsidRDefault="00042C51">
      <w:pPr>
        <w:autoSpaceDE w:val="0"/>
        <w:autoSpaceDN w:val="0"/>
        <w:spacing w:before="238" w:after="0" w:line="262" w:lineRule="auto"/>
        <w:ind w:left="420" w:right="144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обосновывать важность понимания роли государства в преодолении этих проблем, а также необходимость помощи в преодолении этих состояний со стороны общества.</w:t>
      </w:r>
    </w:p>
    <w:p w:rsidR="00547E44" w:rsidRPr="006668D3" w:rsidRDefault="00042C51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19. Духовно-нравственные ориентиры социальных отношений</w:t>
      </w:r>
    </w:p>
    <w:p w:rsidR="00547E44" w:rsidRPr="006668D3" w:rsidRDefault="00042C51">
      <w:pPr>
        <w:autoSpaceDE w:val="0"/>
        <w:autoSpaceDN w:val="0"/>
        <w:spacing w:before="178" w:after="0" w:line="271" w:lineRule="auto"/>
        <w:ind w:left="420" w:right="1008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понятия «благотворительность», «меценатство», «милосердие</w:t>
      </w:r>
      <w:proofErr w:type="gram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»,«</w:t>
      </w:r>
      <w:proofErr w:type="spellStart"/>
      <w:proofErr w:type="gram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волонтерство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», «социальный проект», «гражданская и социальная </w:t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ответственность»,«общественные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блага», «коллективизм» в их взаимосвязи;</w:t>
      </w:r>
    </w:p>
    <w:p w:rsidR="00547E44" w:rsidRPr="006668D3" w:rsidRDefault="00042C51">
      <w:pPr>
        <w:autoSpaceDE w:val="0"/>
        <w:autoSpaceDN w:val="0"/>
        <w:spacing w:before="238" w:after="0" w:line="262" w:lineRule="auto"/>
        <w:ind w:left="420" w:right="72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анализировать и выявлять общие черты традиций благотворительности, милосердия, добровольной помощи, взаимовыручки у представителей разных этносов и религий;</w:t>
      </w:r>
    </w:p>
    <w:p w:rsidR="00547E44" w:rsidRPr="006668D3" w:rsidRDefault="00042C51">
      <w:pPr>
        <w:autoSpaceDE w:val="0"/>
        <w:autoSpaceDN w:val="0"/>
        <w:spacing w:before="238" w:after="0" w:line="262" w:lineRule="auto"/>
        <w:ind w:left="420" w:right="864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уметь самостоятельно находить информацию о благотворительных, волонтёрских и социальных проектах в регионе своего проживания.</w:t>
      </w:r>
    </w:p>
    <w:p w:rsidR="00547E44" w:rsidRPr="006668D3" w:rsidRDefault="00547E44">
      <w:pPr>
        <w:autoSpaceDE w:val="0"/>
        <w:autoSpaceDN w:val="0"/>
        <w:spacing w:after="78" w:line="220" w:lineRule="exact"/>
        <w:rPr>
          <w:lang w:val="ru-RU"/>
        </w:rPr>
      </w:pPr>
    </w:p>
    <w:p w:rsidR="00547E44" w:rsidRPr="006668D3" w:rsidRDefault="00042C51">
      <w:pPr>
        <w:autoSpaceDE w:val="0"/>
        <w:autoSpaceDN w:val="0"/>
        <w:spacing w:after="0" w:line="350" w:lineRule="auto"/>
        <w:ind w:left="420" w:hanging="24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20. Гуманизм как сущностная характеристика духовно-нравственной культуры народов России—  Характеризовать понятие «гуманизм» как источник духовно-нравственных ценностей российского народа;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и обосновывать проявления гуманизма в </w:t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историкокультурном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наследии народов России;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—  знать и понимать важность гуманизма для формирования высоконравственной личности, государственной политики, взаимоотношений в обществе;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находить и объяснять гуманистические проявления в современной культуре.</w:t>
      </w:r>
    </w:p>
    <w:p w:rsidR="00547E44" w:rsidRPr="006668D3" w:rsidRDefault="00042C51">
      <w:pPr>
        <w:tabs>
          <w:tab w:val="left" w:pos="180"/>
          <w:tab w:val="left" w:pos="420"/>
        </w:tabs>
        <w:autoSpaceDE w:val="0"/>
        <w:autoSpaceDN w:val="0"/>
        <w:spacing w:before="180" w:after="0" w:line="350" w:lineRule="auto"/>
        <w:ind w:right="144"/>
        <w:rPr>
          <w:lang w:val="ru-RU"/>
        </w:rPr>
      </w:pP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21. Социальные профессии; их важность для сохранения духовно-нравственного облика общества</w:t>
      </w:r>
      <w:r w:rsidRPr="006668D3">
        <w:rPr>
          <w:lang w:val="ru-RU"/>
        </w:rPr>
        <w:br/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понятия «социальные профессии», «помогающие профессии»;</w:t>
      </w:r>
      <w:r w:rsidRPr="006668D3">
        <w:rPr>
          <w:lang w:val="ru-RU"/>
        </w:rPr>
        <w:br/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—  иметь представление о духовно-нравственных качествах, необходимых представителям </w:t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социальных профессий;</w:t>
      </w:r>
      <w:r w:rsidRPr="006668D3">
        <w:rPr>
          <w:lang w:val="ru-RU"/>
        </w:rPr>
        <w:br/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осознавать и обосновывать ответственность личности при выборе социальных профессий;</w:t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приводить примеры из литературы и истории, современной жизни, подтверждающие данную </w:t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точку зрения.</w:t>
      </w:r>
    </w:p>
    <w:p w:rsidR="00547E44" w:rsidRPr="006668D3" w:rsidRDefault="00042C51">
      <w:pPr>
        <w:autoSpaceDE w:val="0"/>
        <w:autoSpaceDN w:val="0"/>
        <w:spacing w:before="178" w:after="0" w:line="360" w:lineRule="auto"/>
        <w:ind w:left="420" w:right="576" w:hanging="24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22. Выдающиеся благотворители в истории. Благотворительность как нравственный долг—  Характеризовать понятие «благотворительность» и его эволюцию в истории России;—  доказывать важность меценатства в современном обществе для общества в целом и для духовно-нравственного развития личности самого мецената;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понятие «социальный долг», обосновывать его важную роль в жизни общества;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приводить примеры выдающихся благотворителей в истории и современной России;—  понимать смысл внеэкономической благотворительности: волонтёрской деятельности, аргументированно объяснять её важность.</w:t>
      </w:r>
    </w:p>
    <w:p w:rsidR="00547E44" w:rsidRPr="006668D3" w:rsidRDefault="00042C51">
      <w:pPr>
        <w:tabs>
          <w:tab w:val="left" w:pos="180"/>
          <w:tab w:val="left" w:pos="420"/>
        </w:tabs>
        <w:autoSpaceDE w:val="0"/>
        <w:autoSpaceDN w:val="0"/>
        <w:spacing w:before="180" w:after="0" w:line="355" w:lineRule="auto"/>
        <w:ind w:right="288"/>
        <w:rPr>
          <w:lang w:val="ru-RU"/>
        </w:rPr>
      </w:pP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23. Выдающиеся учёные России. Наука как источник социального и духовного прогресса общества</w:t>
      </w:r>
      <w:r w:rsidRPr="006668D3">
        <w:rPr>
          <w:lang w:val="ru-RU"/>
        </w:rPr>
        <w:br/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понятие «наука»;</w:t>
      </w:r>
      <w:r w:rsidRPr="006668D3">
        <w:rPr>
          <w:lang w:val="ru-RU"/>
        </w:rPr>
        <w:br/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—  уметь аргументированно обосновывать важность науки в современном обществе, </w:t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прослеживать её связь с научно-техническим и социальным прогрессом;</w:t>
      </w:r>
      <w:r w:rsidRPr="006668D3">
        <w:rPr>
          <w:lang w:val="ru-RU"/>
        </w:rPr>
        <w:br/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называть имена выдающихся учёных России;</w:t>
      </w:r>
      <w:r w:rsidRPr="006668D3">
        <w:rPr>
          <w:lang w:val="ru-RU"/>
        </w:rPr>
        <w:br/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обосновывать важность понимания истории науки, получения и обоснования научного </w:t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знания;</w:t>
      </w:r>
      <w:r w:rsidRPr="006668D3">
        <w:rPr>
          <w:lang w:val="ru-RU"/>
        </w:rPr>
        <w:br/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—  характеризовать и доказывать важность науки для благополучия общества, страны и </w:t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государства;</w:t>
      </w:r>
      <w:r w:rsidRPr="006668D3">
        <w:rPr>
          <w:lang w:val="ru-RU"/>
        </w:rPr>
        <w:br/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обосновывать важность морали и нравственности в науке, её роль и вклад в доказательство </w:t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этих понятий.</w:t>
      </w:r>
    </w:p>
    <w:p w:rsidR="00547E44" w:rsidRPr="006668D3" w:rsidRDefault="00547E44">
      <w:pPr>
        <w:autoSpaceDE w:val="0"/>
        <w:autoSpaceDN w:val="0"/>
        <w:spacing w:after="138" w:line="220" w:lineRule="exact"/>
        <w:rPr>
          <w:lang w:val="ru-RU"/>
        </w:rPr>
      </w:pPr>
    </w:p>
    <w:p w:rsidR="00547E44" w:rsidRPr="006668D3" w:rsidRDefault="00042C51">
      <w:pPr>
        <w:autoSpaceDE w:val="0"/>
        <w:autoSpaceDN w:val="0"/>
        <w:spacing w:after="0" w:line="329" w:lineRule="auto"/>
        <w:ind w:left="240" w:right="144" w:hanging="24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Тема 24. Моя профессия (</w:t>
      </w:r>
      <w:r w:rsidRPr="006668D3">
        <w:rPr>
          <w:rFonts w:ascii="Times New Roman" w:eastAsia="Times New Roman" w:hAnsi="Times New Roman"/>
          <w:i/>
          <w:color w:val="000000"/>
          <w:sz w:val="24"/>
          <w:lang w:val="ru-RU"/>
        </w:rPr>
        <w:t>практическое занятие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)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понятие «профессия», предполагать характер и цель труда в определённой профессии;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обосновывать преимущества выбранной профессии, характеризовать её вклад в общество; называть духовно-нравственные качества человека, необходимые в этом виде труда.</w:t>
      </w:r>
    </w:p>
    <w:p w:rsidR="00547E44" w:rsidRPr="006668D3" w:rsidRDefault="00042C51">
      <w:pPr>
        <w:tabs>
          <w:tab w:val="left" w:pos="240"/>
        </w:tabs>
        <w:autoSpaceDE w:val="0"/>
        <w:autoSpaceDN w:val="0"/>
        <w:spacing w:before="178" w:after="0" w:line="346" w:lineRule="auto"/>
        <w:ind w:right="1296"/>
        <w:rPr>
          <w:lang w:val="ru-RU"/>
        </w:rPr>
      </w:pPr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>Тематический блок 4. «Родина и патриотизм»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25. Гражданин</w:t>
      </w:r>
      <w:r w:rsidRPr="006668D3">
        <w:rPr>
          <w:lang w:val="ru-RU"/>
        </w:rPr>
        <w:br/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понятия «Родина» и «гражданство», объяснять их взаимосвязь;</w:t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духовно-нравственный характер патриотизма, ценностей гражданского </w:t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самосознания;</w:t>
      </w:r>
      <w:r w:rsidRPr="006668D3">
        <w:rPr>
          <w:lang w:val="ru-RU"/>
        </w:rPr>
        <w:br/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понимать и уметь обосновывать нравственные качества гражданина.</w:t>
      </w:r>
    </w:p>
    <w:p w:rsidR="00547E44" w:rsidRPr="006668D3" w:rsidRDefault="00042C51">
      <w:pPr>
        <w:autoSpaceDE w:val="0"/>
        <w:autoSpaceDN w:val="0"/>
        <w:spacing w:before="178" w:after="0" w:line="370" w:lineRule="auto"/>
        <w:ind w:left="240" w:right="1296" w:hanging="24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26. Патриотизм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понятие «патриотизм»;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приводить примеры патриотизма в истории и современном обществе;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различать истинный и ложный патриотизм через ориентированность на ценности толерантности, уважения к другим народам, их истории и культуре;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уметь обосновывать важность патриотизма.</w:t>
      </w:r>
    </w:p>
    <w:p w:rsidR="00547E44" w:rsidRPr="006668D3" w:rsidRDefault="00042C51">
      <w:pPr>
        <w:autoSpaceDE w:val="0"/>
        <w:autoSpaceDN w:val="0"/>
        <w:spacing w:before="178" w:after="0" w:line="230" w:lineRule="auto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27. Защита Родины: подвиг или долг?</w:t>
      </w:r>
    </w:p>
    <w:p w:rsidR="00547E44" w:rsidRPr="006668D3" w:rsidRDefault="00042C51">
      <w:pPr>
        <w:autoSpaceDE w:val="0"/>
        <w:autoSpaceDN w:val="0"/>
        <w:spacing w:before="178" w:after="0" w:line="379" w:lineRule="auto"/>
        <w:ind w:left="24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понятия «война» и «мир»;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доказывать важность сохранения мира и согласия;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обосновывать роль защиты Отечества, её важность для гражданина;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понимать особенности защиты чести Отечества в спорте, науке, культуре;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понятия «военный подвиг», «честь», «доблесть»; обосновывать их важность, приводить примеры их проявлений.</w:t>
      </w:r>
    </w:p>
    <w:p w:rsidR="00547E44" w:rsidRPr="006668D3" w:rsidRDefault="00042C51">
      <w:pPr>
        <w:autoSpaceDE w:val="0"/>
        <w:autoSpaceDN w:val="0"/>
        <w:spacing w:before="180" w:after="0" w:line="350" w:lineRule="auto"/>
        <w:ind w:left="240" w:hanging="24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28. Государство. Россия  — наша родина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понятие «государство»;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уметь выделять и формулировать основные особенности Российского государства с опорой на исторические факты и духовно-нравственные ценности;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понятие «закон» как существенную часть гражданской идентичности человека;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—  характеризовать понятие «гражданская идентичность», соотносить это понятие с 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необходимыми нравственными качествами человека.</w:t>
      </w:r>
    </w:p>
    <w:p w:rsidR="00547E44" w:rsidRPr="006668D3" w:rsidRDefault="00042C51">
      <w:pPr>
        <w:autoSpaceDE w:val="0"/>
        <w:autoSpaceDN w:val="0"/>
        <w:spacing w:before="178" w:after="0" w:line="302" w:lineRule="auto"/>
        <w:ind w:left="240" w:right="1008" w:hanging="24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Тема 29. Гражданская идентичность (</w:t>
      </w:r>
      <w:r w:rsidRPr="006668D3">
        <w:rPr>
          <w:rFonts w:ascii="Times New Roman" w:eastAsia="Times New Roman" w:hAnsi="Times New Roman"/>
          <w:i/>
          <w:color w:val="000000"/>
          <w:sz w:val="24"/>
          <w:lang w:val="ru-RU"/>
        </w:rPr>
        <w:t>практическое занятие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)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Охарактеризовать свою гражданскую идентичность, её составляющие: этническую, религиозную, гендерную идентичности;</w:t>
      </w:r>
    </w:p>
    <w:p w:rsidR="00547E44" w:rsidRPr="006668D3" w:rsidRDefault="00547E44">
      <w:pPr>
        <w:autoSpaceDE w:val="0"/>
        <w:autoSpaceDN w:val="0"/>
        <w:spacing w:after="108" w:line="220" w:lineRule="exact"/>
        <w:rPr>
          <w:lang w:val="ru-RU"/>
        </w:rPr>
      </w:pPr>
    </w:p>
    <w:p w:rsidR="00547E44" w:rsidRPr="006668D3" w:rsidRDefault="00042C51">
      <w:pPr>
        <w:autoSpaceDE w:val="0"/>
        <w:autoSpaceDN w:val="0"/>
        <w:spacing w:after="0" w:line="230" w:lineRule="auto"/>
        <w:ind w:left="24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обосновывать важность духовно-нравственных качеств гражданина, указывать их источники.</w:t>
      </w:r>
    </w:p>
    <w:p w:rsidR="00547E44" w:rsidRPr="006668D3" w:rsidRDefault="00042C51">
      <w:pPr>
        <w:autoSpaceDE w:val="0"/>
        <w:autoSpaceDN w:val="0"/>
        <w:spacing w:before="178" w:after="0" w:line="302" w:lineRule="auto"/>
        <w:ind w:left="240" w:right="576" w:hanging="24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30. Моя школа и мой класс (</w:t>
      </w:r>
      <w:r w:rsidRPr="006668D3">
        <w:rPr>
          <w:rFonts w:ascii="Times New Roman" w:eastAsia="Times New Roman" w:hAnsi="Times New Roman"/>
          <w:i/>
          <w:color w:val="000000"/>
          <w:sz w:val="24"/>
          <w:lang w:val="ru-RU"/>
        </w:rPr>
        <w:t>практическое занятие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)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понятие «добрые дела» в контексте оценки собственных действий, их нравственного характера;</w:t>
      </w:r>
    </w:p>
    <w:p w:rsidR="00547E44" w:rsidRPr="006668D3" w:rsidRDefault="00042C51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находить примеры добрых дел в реальности и уметь адаптировать их к потребностям класса.</w:t>
      </w:r>
    </w:p>
    <w:p w:rsidR="00547E44" w:rsidRPr="006668D3" w:rsidRDefault="00042C51">
      <w:pPr>
        <w:tabs>
          <w:tab w:val="left" w:pos="240"/>
        </w:tabs>
        <w:autoSpaceDE w:val="0"/>
        <w:autoSpaceDN w:val="0"/>
        <w:spacing w:before="178" w:after="0" w:line="310" w:lineRule="auto"/>
        <w:ind w:right="2304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31. Человек: какой он? (</w:t>
      </w:r>
      <w:r w:rsidRPr="006668D3">
        <w:rPr>
          <w:rFonts w:ascii="Times New Roman" w:eastAsia="Times New Roman" w:hAnsi="Times New Roman"/>
          <w:i/>
          <w:color w:val="000000"/>
          <w:sz w:val="24"/>
          <w:lang w:val="ru-RU"/>
        </w:rPr>
        <w:t>практическое занятие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)</w:t>
      </w:r>
      <w:r w:rsidRPr="006668D3">
        <w:rPr>
          <w:lang w:val="ru-RU"/>
        </w:rPr>
        <w:br/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понятие «человек» как духовно-нравственный идеал;</w:t>
      </w:r>
    </w:p>
    <w:p w:rsidR="00547E44" w:rsidRPr="006668D3" w:rsidRDefault="00042C51">
      <w:pPr>
        <w:autoSpaceDE w:val="0"/>
        <w:autoSpaceDN w:val="0"/>
        <w:spacing w:before="240" w:after="0" w:line="230" w:lineRule="auto"/>
        <w:ind w:left="24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приводить примеры духовно-нравственного идеала в культуре;</w:t>
      </w:r>
    </w:p>
    <w:p w:rsidR="00547E44" w:rsidRPr="006668D3" w:rsidRDefault="00042C51">
      <w:pPr>
        <w:autoSpaceDE w:val="0"/>
        <w:autoSpaceDN w:val="0"/>
        <w:spacing w:before="240" w:after="0" w:line="230" w:lineRule="auto"/>
        <w:ind w:left="24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свой идеал человека и нравственные качества, которые ему присущи.</w:t>
      </w:r>
    </w:p>
    <w:p w:rsidR="00547E44" w:rsidRPr="006668D3" w:rsidRDefault="00042C51">
      <w:pPr>
        <w:tabs>
          <w:tab w:val="left" w:pos="240"/>
        </w:tabs>
        <w:autoSpaceDE w:val="0"/>
        <w:autoSpaceDN w:val="0"/>
        <w:spacing w:before="178" w:after="0" w:line="310" w:lineRule="auto"/>
        <w:ind w:right="3312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Тема 32. Человек и культура (проект)</w:t>
      </w:r>
      <w:r w:rsidRPr="006668D3">
        <w:rPr>
          <w:lang w:val="ru-RU"/>
        </w:rPr>
        <w:br/>
      </w:r>
      <w:r w:rsidRPr="006668D3">
        <w:rPr>
          <w:lang w:val="ru-RU"/>
        </w:rPr>
        <w:tab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грани взаимодействия человека и культуры;</w:t>
      </w:r>
    </w:p>
    <w:p w:rsidR="00547E44" w:rsidRPr="006668D3" w:rsidRDefault="00042C51">
      <w:pPr>
        <w:autoSpaceDE w:val="0"/>
        <w:autoSpaceDN w:val="0"/>
        <w:spacing w:before="238" w:after="0" w:line="262" w:lineRule="auto"/>
        <w:ind w:left="240" w:right="288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уметь описать в выбранном направлении с помощью известных примеров образ человека, создаваемый произведениями культуры;</w:t>
      </w:r>
    </w:p>
    <w:p w:rsidR="00547E44" w:rsidRPr="006668D3" w:rsidRDefault="00042C51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показать взаимосвязь человека и культуры через их взаимовлияние;</w:t>
      </w:r>
    </w:p>
    <w:p w:rsidR="00547E44" w:rsidRPr="006668D3" w:rsidRDefault="00042C51">
      <w:pPr>
        <w:autoSpaceDE w:val="0"/>
        <w:autoSpaceDN w:val="0"/>
        <w:spacing w:before="238" w:after="0" w:line="271" w:lineRule="auto"/>
        <w:ind w:left="240" w:right="432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основные признаки понятия «человек» с опорой на исторические и культурные примеры, их осмысление и оценку, как с положительной, так и с отрицательной стороны.</w:t>
      </w:r>
    </w:p>
    <w:p w:rsidR="00547E44" w:rsidRPr="006668D3" w:rsidRDefault="00547E44">
      <w:pPr>
        <w:rPr>
          <w:lang w:val="ru-RU"/>
        </w:rPr>
        <w:sectPr w:rsidR="00547E44" w:rsidRPr="006668D3">
          <w:pgSz w:w="11900" w:h="16840"/>
          <w:pgMar w:top="328" w:right="802" w:bottom="1440" w:left="846" w:header="720" w:footer="720" w:gutter="0"/>
          <w:cols w:space="720" w:equalWidth="0">
            <w:col w:w="10252" w:space="0"/>
          </w:cols>
          <w:docGrid w:linePitch="360"/>
        </w:sectPr>
      </w:pPr>
    </w:p>
    <w:p w:rsidR="00547E44" w:rsidRPr="006668D3" w:rsidRDefault="00547E44">
      <w:pPr>
        <w:autoSpaceDE w:val="0"/>
        <w:autoSpaceDN w:val="0"/>
        <w:spacing w:after="64" w:line="220" w:lineRule="exact"/>
        <w:rPr>
          <w:lang w:val="ru-RU"/>
        </w:rPr>
      </w:pPr>
    </w:p>
    <w:p w:rsidR="00547E44" w:rsidRDefault="00042C51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10347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283"/>
        <w:gridCol w:w="1276"/>
        <w:gridCol w:w="425"/>
        <w:gridCol w:w="283"/>
        <w:gridCol w:w="426"/>
        <w:gridCol w:w="425"/>
        <w:gridCol w:w="3969"/>
        <w:gridCol w:w="1080"/>
        <w:gridCol w:w="2180"/>
      </w:tblGrid>
      <w:tr w:rsidR="00547E44" w:rsidTr="006668D3">
        <w:trPr>
          <w:trHeight w:hRule="exact" w:val="348"/>
        </w:trPr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  <w:proofErr w:type="spellEnd"/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деятельности</w:t>
            </w:r>
            <w:proofErr w:type="spellEnd"/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7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  <w:proofErr w:type="spellEnd"/>
          </w:p>
        </w:tc>
        <w:tc>
          <w:tcPr>
            <w:tcW w:w="21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50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цифровые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)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ресурсы</w:t>
            </w:r>
            <w:proofErr w:type="spellEnd"/>
          </w:p>
        </w:tc>
      </w:tr>
      <w:tr w:rsidR="00547E44" w:rsidTr="006668D3">
        <w:trPr>
          <w:trHeight w:hRule="exact" w:val="576"/>
        </w:trPr>
        <w:tc>
          <w:tcPr>
            <w:tcW w:w="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E44" w:rsidRDefault="00547E44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E44" w:rsidRDefault="00547E44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работы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работы</w:t>
            </w:r>
            <w:proofErr w:type="spellEnd"/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E44" w:rsidRDefault="00547E44"/>
        </w:tc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E44" w:rsidRDefault="00547E44"/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E44" w:rsidRDefault="00547E44"/>
        </w:tc>
        <w:tc>
          <w:tcPr>
            <w:tcW w:w="21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E44" w:rsidRDefault="00547E44"/>
        </w:tc>
      </w:tr>
      <w:tr w:rsidR="00547E44" w:rsidRPr="00022B5F" w:rsidTr="006668D3">
        <w:trPr>
          <w:trHeight w:hRule="exact" w:val="348"/>
        </w:trPr>
        <w:tc>
          <w:tcPr>
            <w:tcW w:w="10347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Тематический блок 1. «Культура как социальность»</w:t>
            </w:r>
          </w:p>
        </w:tc>
      </w:tr>
      <w:tr w:rsidR="00547E44" w:rsidTr="006668D3">
        <w:trPr>
          <w:trHeight w:hRule="exact" w:val="734"/>
        </w:trPr>
        <w:tc>
          <w:tcPr>
            <w:tcW w:w="28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Мир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культуры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его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структура</w:t>
            </w:r>
            <w:proofErr w:type="spellEnd"/>
          </w:p>
        </w:tc>
        <w:tc>
          <w:tcPr>
            <w:tcW w:w="42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396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объяснения учителя, работать с учебником, анализировать проблемные ситуации;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1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  <w:tr w:rsidR="00547E44" w:rsidTr="006668D3">
        <w:trPr>
          <w:trHeight w:hRule="exact" w:val="732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Культура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России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многообразие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регионов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характеризовать духовную культуру народов России как общее достояние нашей Родины;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  <w:tr w:rsidR="00547E44" w:rsidTr="006668D3">
        <w:trPr>
          <w:trHeight w:hRule="exact" w:val="1475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История быта как история культуры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6" w:after="0" w:line="250" w:lineRule="auto"/>
              <w:ind w:left="72" w:right="218"/>
              <w:jc w:val="both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понимать и объяснять взаимосвязь хозяйственной деятельности, быта людей с историей народа, климатом, географическими условиями его жизни;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  <w:tr w:rsidR="00547E44" w:rsidTr="006668D3">
        <w:trPr>
          <w:trHeight w:hRule="exact" w:val="924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Прогресс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технический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социальный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и объяснять, что такое труд, разделение труда, какова роль труда в истории и современном обществе; </w:t>
            </w:r>
            <w:r w:rsidRPr="006668D3">
              <w:rPr>
                <w:lang w:val="ru-RU"/>
              </w:rPr>
              <w:br/>
            </w: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работать с учебником, научно-популярной литературой; решать проблемные задачи, анализировать и разграничивать понятий;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  <w:tr w:rsidR="00547E44" w:rsidTr="006668D3">
        <w:trPr>
          <w:trHeight w:hRule="exact" w:val="734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Образование в культуре народов России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понимать, что образование  — важная часть процесса формирования духовно-нравственных ориентиров человека;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  <w:tr w:rsidR="00547E44" w:rsidTr="006668D3">
        <w:trPr>
          <w:trHeight w:hRule="exact" w:val="732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1.6.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обязанности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человека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понимать и объяснять, в чём заключается смысл понятий «права человека», правовая культура» и др.;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  <w:tr w:rsidR="00547E44" w:rsidTr="006668D3">
        <w:trPr>
          <w:trHeight w:hRule="exact" w:val="852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1.7.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Общество и религия: духовно-нравственное взаимодействие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знать названия традиционных религий России, уметь объяснять их роль в истории и на современном этапе развития общества;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  <w:tr w:rsidR="00547E44" w:rsidTr="006668D3">
        <w:trPr>
          <w:trHeight w:hRule="exact" w:val="732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1.8.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Современный мир: самое важное (</w:t>
            </w:r>
            <w:r w:rsidRPr="006668D3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>практическое занятие</w:t>
            </w: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подготовить проект (или доклад, сообщение); работать с научно-популярной литературой, разграничивать и систематизировать понятия;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  <w:tr w:rsidR="00547E44" w:rsidRPr="00022B5F" w:rsidTr="006668D3">
        <w:trPr>
          <w:trHeight w:hRule="exact" w:val="348"/>
        </w:trPr>
        <w:tc>
          <w:tcPr>
            <w:tcW w:w="1034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Тематический блок 2. «Человек и его отражение в культуре»</w:t>
            </w:r>
          </w:p>
        </w:tc>
      </w:tr>
      <w:tr w:rsidR="00547E44" w:rsidTr="006668D3">
        <w:trPr>
          <w:trHeight w:hRule="exact" w:val="734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Каким должен быть человек? Духовно-нравственный облик и идеал человека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понимать и объяснять взаимосвязь таких понятий, как «свобода», ответственность, право и долг;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  <w:tr w:rsidR="00547E44" w:rsidTr="006668D3">
        <w:trPr>
          <w:trHeight w:hRule="exact" w:val="732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Взросление человека в культуре народов России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слушать объяснения учителя, решать проблемные задачи, </w:t>
            </w:r>
            <w:r w:rsidRPr="006668D3">
              <w:rPr>
                <w:lang w:val="ru-RU"/>
              </w:rPr>
              <w:br/>
            </w: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анализировать информацию из нескольких источников, анализировать собственный опыт;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  <w:tr w:rsidR="00547E44" w:rsidTr="006668D3">
        <w:trPr>
          <w:trHeight w:hRule="exact" w:val="712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Религия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как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источник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нравственности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объяснения учителя, работать с учебником, просматривать учебные фильмы по теме;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</w:tbl>
    <w:p w:rsidR="00547E44" w:rsidRDefault="00547E44">
      <w:pPr>
        <w:autoSpaceDE w:val="0"/>
        <w:autoSpaceDN w:val="0"/>
        <w:spacing w:after="0" w:line="14" w:lineRule="exact"/>
      </w:pPr>
    </w:p>
    <w:p w:rsidR="00547E44" w:rsidRDefault="00547E44">
      <w:pPr>
        <w:sectPr w:rsidR="00547E44" w:rsidSect="006668D3">
          <w:pgSz w:w="11900" w:h="16840"/>
          <w:pgMar w:top="282" w:right="0" w:bottom="430" w:left="666" w:header="720" w:footer="720" w:gutter="0"/>
          <w:cols w:space="720" w:equalWidth="0">
            <w:col w:w="11234" w:space="0"/>
          </w:cols>
          <w:docGrid w:linePitch="360"/>
        </w:sectPr>
      </w:pPr>
    </w:p>
    <w:p w:rsidR="00547E44" w:rsidRDefault="00547E44">
      <w:pPr>
        <w:autoSpaceDE w:val="0"/>
        <w:autoSpaceDN w:val="0"/>
        <w:spacing w:after="66" w:line="220" w:lineRule="exact"/>
      </w:pPr>
    </w:p>
    <w:tbl>
      <w:tblPr>
        <w:tblW w:w="10772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1232"/>
        <w:gridCol w:w="284"/>
        <w:gridCol w:w="283"/>
        <w:gridCol w:w="426"/>
        <w:gridCol w:w="567"/>
        <w:gridCol w:w="3827"/>
        <w:gridCol w:w="1276"/>
        <w:gridCol w:w="2409"/>
      </w:tblGrid>
      <w:tr w:rsidR="00547E44" w:rsidTr="006668D3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Наука как источник знания о человеке и человеческом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объяснения учителя, работать с учебником, с дополнительной научно-популярной литературой;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  <w:tr w:rsidR="00547E44" w:rsidTr="006668D3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Этика и нравственность как категории духовной культуры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решать проблемные задачи, работать с учебником, рефлексировать собственный опыт;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  <w:tr w:rsidR="00547E44" w:rsidTr="006668D3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Самопознание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</w:rPr>
              <w:t>практическое</w:t>
            </w:r>
            <w:proofErr w:type="spellEnd"/>
            <w:r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</w:rPr>
              <w:t>занятие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)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формировать представления о самом себе; воспитывать навыки само-презентации, рефлексии; слушать и анализировать доклады </w:t>
            </w:r>
            <w:r w:rsidRPr="006668D3">
              <w:rPr>
                <w:lang w:val="ru-RU"/>
              </w:rPr>
              <w:br/>
            </w: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одноклассников;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  <w:tr w:rsidR="00547E44" w:rsidRPr="00022B5F" w:rsidTr="006668D3">
        <w:trPr>
          <w:trHeight w:hRule="exact" w:val="348"/>
        </w:trPr>
        <w:tc>
          <w:tcPr>
            <w:tcW w:w="1077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Тематический блок 3. «Человек как член общества»</w:t>
            </w:r>
          </w:p>
        </w:tc>
      </w:tr>
      <w:tr w:rsidR="00547E44" w:rsidTr="006668D3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Труд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делает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человека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человеком</w:t>
            </w:r>
            <w:proofErr w:type="spellEnd"/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понимать и осознавать трудолюбие как ответственность перед людьми и самим собой;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  <w:tr w:rsidR="00547E44" w:rsidTr="006668D3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Подвиг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как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узнать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героя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?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6" w:after="0" w:line="245" w:lineRule="auto"/>
              <w:ind w:left="72" w:right="1008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объяснения учителя, решать проблемные задачи, анализировать тексты учебника;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  <w:tr w:rsidR="00547E44" w:rsidTr="006668D3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Люди в обществе: духовно-нравственное взаимовлияние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понимать и объяснять понятия «дружба», «предательство», «</w:t>
            </w:r>
            <w:proofErr w:type="spellStart"/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честь»,«коллективизм</w:t>
            </w:r>
            <w:proofErr w:type="spellEnd"/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», «благотворительность»;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  <w:tr w:rsidR="00547E44" w:rsidTr="006668D3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Проблемы современного общества как отражение его духовно-нравственного самосознания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45" w:lineRule="auto"/>
              <w:ind w:left="72" w:right="1008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объяснения учителя, решать проблемные задачи, анализировать тексты учебника;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  <w:tr w:rsidR="00547E44" w:rsidTr="006668D3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Духовно-нравственные ориентиры социальных отношений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6" w:after="0" w:line="245" w:lineRule="auto"/>
              <w:ind w:left="72" w:right="1008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объяснения учителя, решать проблемные задачи, анализировать тексты учебника;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  <w:tr w:rsidR="00547E44" w:rsidTr="006668D3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3.6.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Гуманизм как сущностная характеристика </w:t>
            </w:r>
            <w:r w:rsidRPr="006668D3">
              <w:rPr>
                <w:lang w:val="ru-RU"/>
              </w:rPr>
              <w:br/>
            </w: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духовно- нравственной культуры народов России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6" w:after="0" w:line="245" w:lineRule="auto"/>
              <w:ind w:left="72" w:right="720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осознавать важность гуманизма для формирования личности, построения взаимоотношений в обществе;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  <w:tr w:rsidR="00547E44" w:rsidTr="006668D3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3.7.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47" w:lineRule="auto"/>
              <w:ind w:left="72" w:right="576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Социальные профессии; их важность для сохранения духовно-нравственного облика общества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понимать и объяснять, что такое социальные профессии и почему выбирать их нужно особенно ответственно;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  <w:tr w:rsidR="00547E44" w:rsidTr="006668D3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3.8.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Выдающиеся благотворители в истории. Благотворительность как нравственный долг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приводить примеры выдающихся благотворителей в истории и в современной России;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  <w:tr w:rsidR="00547E44" w:rsidTr="006668D3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3.9.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Выдающиеся учёные России. Наука как источник социального и духовного прогресса общества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понимать и объяснять, что такое наука; приводить имена выдающихся учёных России;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  <w:tr w:rsidR="00547E44" w:rsidTr="006668D3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3.10.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профессия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</w:rPr>
              <w:t>практическое</w:t>
            </w:r>
            <w:proofErr w:type="spellEnd"/>
            <w:r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</w:rPr>
              <w:t>занятие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)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обосновывать, какие духовно-нравственные качества нужны для выбранной профессии;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  <w:tr w:rsidR="00547E44" w:rsidRPr="00022B5F" w:rsidTr="006668D3">
        <w:trPr>
          <w:trHeight w:hRule="exact" w:val="328"/>
        </w:trPr>
        <w:tc>
          <w:tcPr>
            <w:tcW w:w="1077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Тематический блок 4. «Родина и патриотизм»</w:t>
            </w:r>
          </w:p>
        </w:tc>
      </w:tr>
    </w:tbl>
    <w:p w:rsidR="00547E44" w:rsidRPr="006668D3" w:rsidRDefault="00547E44">
      <w:pPr>
        <w:autoSpaceDE w:val="0"/>
        <w:autoSpaceDN w:val="0"/>
        <w:spacing w:after="0" w:line="14" w:lineRule="exact"/>
        <w:rPr>
          <w:lang w:val="ru-RU"/>
        </w:rPr>
      </w:pPr>
    </w:p>
    <w:p w:rsidR="00547E44" w:rsidRPr="006668D3" w:rsidRDefault="00547E44">
      <w:pPr>
        <w:rPr>
          <w:lang w:val="ru-RU"/>
        </w:rPr>
        <w:sectPr w:rsidR="00547E44" w:rsidRPr="006668D3" w:rsidSect="006668D3">
          <w:pgSz w:w="11900" w:h="16840"/>
          <w:pgMar w:top="284" w:right="0" w:bottom="550" w:left="666" w:header="720" w:footer="720" w:gutter="0"/>
          <w:cols w:space="720" w:equalWidth="0">
            <w:col w:w="11234" w:space="0"/>
          </w:cols>
          <w:docGrid w:linePitch="360"/>
        </w:sectPr>
      </w:pPr>
    </w:p>
    <w:p w:rsidR="00547E44" w:rsidRPr="006668D3" w:rsidRDefault="00547E44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10870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1374"/>
        <w:gridCol w:w="284"/>
        <w:gridCol w:w="283"/>
        <w:gridCol w:w="709"/>
        <w:gridCol w:w="425"/>
        <w:gridCol w:w="4394"/>
        <w:gridCol w:w="1080"/>
        <w:gridCol w:w="1853"/>
      </w:tblGrid>
      <w:tr w:rsidR="00547E44" w:rsidTr="006668D3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Гражданин</w:t>
            </w:r>
            <w:proofErr w:type="spellEnd"/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объяснения учителя, работать с текстом учебника;</w:t>
            </w:r>
          </w:p>
          <w:p w:rsidR="006668D3" w:rsidRPr="006668D3" w:rsidRDefault="006668D3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  <w:tr w:rsidR="00547E44" w:rsidTr="006668D3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Патриотизм</w:t>
            </w:r>
            <w:proofErr w:type="spellEnd"/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объяснения учителя, работать с учебником, рефлексировать собственный опыт;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  <w:tr w:rsidR="00547E44" w:rsidTr="006668D3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Защита Родины: подвиг или долг?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объяснения учителя, работать с учебником, смотреть и анализировать учебные фильмы;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  <w:tr w:rsidR="00547E44" w:rsidTr="006668D3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4.4.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Государство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Россия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—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наша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родина</w:t>
            </w:r>
            <w:proofErr w:type="spellEnd"/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объяснять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понятие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государство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  <w:tr w:rsidR="00547E44" w:rsidTr="006668D3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4.5.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45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Гражданская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идентичность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</w:rPr>
              <w:t>практическое</w:t>
            </w:r>
            <w:proofErr w:type="spellEnd"/>
            <w:r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</w:rPr>
              <w:t>занятие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)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обосновать важность духовно-нравственных качеств гражданина;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  <w:tr w:rsidR="00547E44" w:rsidTr="006668D3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4.6.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Моя школа и мой класс (</w:t>
            </w:r>
            <w:r w:rsidRPr="006668D3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>практическое занятие</w:t>
            </w: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)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45" w:lineRule="auto"/>
              <w:ind w:left="72" w:right="864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характеризовать понятие «доброе дело» в контексте оценки собственных действий, их нравственного начала;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  <w:tr w:rsidR="00547E44" w:rsidTr="006668D3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4.7.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Человек: какой он? (</w:t>
            </w:r>
            <w:r w:rsidRPr="006668D3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>практическое занятие</w:t>
            </w: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)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45" w:lineRule="auto"/>
              <w:ind w:left="72" w:right="864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работать с источниками, определять понятия, подготовить практическую работу;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  <w:tr w:rsidR="00547E44" w:rsidTr="006668D3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4.8.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Человек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культура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</w:rPr>
              <w:t>проект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)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показать взаимосвязь человека и культуры через их взаимное влияние;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http://www.school.edu.ru http://www.edu.ru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http://www.portalschool.ru</w:t>
            </w:r>
          </w:p>
        </w:tc>
      </w:tr>
      <w:tr w:rsidR="006668D3" w:rsidTr="006668D3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68D3" w:rsidRPr="006668D3" w:rsidRDefault="006668D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4.9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68D3" w:rsidRPr="006668D3" w:rsidRDefault="006668D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Повторения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68D3" w:rsidRPr="006668D3" w:rsidRDefault="006668D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68D3" w:rsidRDefault="006668D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68D3" w:rsidRDefault="006668D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68D3" w:rsidRDefault="006668D3"/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68D3" w:rsidRPr="006668D3" w:rsidRDefault="006668D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68D3" w:rsidRDefault="006668D3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16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68D3" w:rsidRDefault="006668D3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16"/>
              </w:rPr>
            </w:pPr>
          </w:p>
        </w:tc>
      </w:tr>
      <w:tr w:rsidR="00547E44" w:rsidTr="006668D3">
        <w:trPr>
          <w:trHeight w:hRule="exact" w:val="328"/>
        </w:trPr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 w:rsidP="006668D3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  <w:r w:rsidR="006668D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77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</w:tr>
    </w:tbl>
    <w:p w:rsidR="00547E44" w:rsidRDefault="00547E44">
      <w:pPr>
        <w:autoSpaceDE w:val="0"/>
        <w:autoSpaceDN w:val="0"/>
        <w:spacing w:after="0" w:line="14" w:lineRule="exact"/>
      </w:pPr>
    </w:p>
    <w:p w:rsidR="00547E44" w:rsidRDefault="00547E44">
      <w:pPr>
        <w:sectPr w:rsidR="00547E44" w:rsidSect="006668D3">
          <w:pgSz w:w="11900" w:h="16840"/>
          <w:pgMar w:top="284" w:right="0" w:bottom="1440" w:left="666" w:header="720" w:footer="720" w:gutter="0"/>
          <w:cols w:space="720" w:equalWidth="0">
            <w:col w:w="11234" w:space="0"/>
          </w:cols>
          <w:docGrid w:linePitch="360"/>
        </w:sectPr>
      </w:pPr>
    </w:p>
    <w:p w:rsidR="00547E44" w:rsidRDefault="00547E44">
      <w:pPr>
        <w:autoSpaceDE w:val="0"/>
        <w:autoSpaceDN w:val="0"/>
        <w:spacing w:after="78" w:line="220" w:lineRule="exact"/>
      </w:pPr>
    </w:p>
    <w:p w:rsidR="00547E44" w:rsidRDefault="00042C51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547E44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71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  <w:proofErr w:type="spellEnd"/>
          </w:p>
        </w:tc>
      </w:tr>
      <w:tr w:rsidR="00547E44" w:rsidTr="00040AA3">
        <w:trPr>
          <w:trHeight w:hRule="exact" w:val="828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E44" w:rsidRDefault="00547E44"/>
        </w:tc>
        <w:tc>
          <w:tcPr>
            <w:tcW w:w="32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47E44" w:rsidRDefault="00547E44"/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1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E44" w:rsidRDefault="00547E44"/>
        </w:tc>
        <w:tc>
          <w:tcPr>
            <w:tcW w:w="1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E44" w:rsidRDefault="00547E44"/>
        </w:tc>
      </w:tr>
      <w:tr w:rsidR="00547E4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структура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72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: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регионов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830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2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100" w:after="0" w:line="262" w:lineRule="auto"/>
              <w:ind w:left="72" w:right="43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История быта как история культуры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Прогресс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технический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социальный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Образование в культуре народов России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обязанности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98" w:after="0" w:line="271" w:lineRule="auto"/>
              <w:ind w:left="72" w:right="864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Общество и религия: духовно-нравственное взаимодействие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Современный мир: самое важное (практическое </w:t>
            </w:r>
            <w:r w:rsidRPr="006668D3">
              <w:rPr>
                <w:lang w:val="ru-RU"/>
              </w:rPr>
              <w:br/>
            </w:r>
            <w:r w:rsidRPr="006668D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занятие)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Каким должен быть человек? Духовно-нравственный облик и идеал человека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830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2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100" w:after="0" w:line="262" w:lineRule="auto"/>
              <w:ind w:left="72" w:right="576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Взросление человека в культуре народов России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8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Религия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источник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нравственности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Наука как источник знания о человеке и человеческом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Этика и нравственность как категории духовной культуры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14.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Самопознание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занятие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8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Труд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делает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человеком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Подвиг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узнать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героя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Люди в обществе: духовно-нравственное взаимовлияние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Проблемы современного </w:t>
            </w:r>
            <w:r w:rsidRPr="006668D3">
              <w:rPr>
                <w:lang w:val="ru-RU"/>
              </w:rPr>
              <w:br/>
            </w:r>
            <w:r w:rsidRPr="006668D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общества как отражение его духовно-нравственного </w:t>
            </w:r>
            <w:r w:rsidRPr="006668D3">
              <w:rPr>
                <w:lang w:val="ru-RU"/>
              </w:rPr>
              <w:br/>
            </w:r>
            <w:r w:rsidRPr="006668D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самосознания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100" w:after="0" w:line="271" w:lineRule="auto"/>
              <w:ind w:left="72" w:right="794"/>
              <w:jc w:val="both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Духовно-нравственные ориентиры социальных отношений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Гуманизм как сущностная характеристика духовно-нравственной культуры народов России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Социальные профессии; их важность для сохранения духовно-нравственного </w:t>
            </w:r>
            <w:r w:rsidRPr="006668D3">
              <w:rPr>
                <w:lang w:val="ru-RU"/>
              </w:rPr>
              <w:br/>
            </w:r>
            <w:r w:rsidRPr="006668D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облика общества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Выдающиеся благотворители в истории.</w:t>
            </w:r>
          </w:p>
          <w:p w:rsidR="00547E44" w:rsidRPr="006668D3" w:rsidRDefault="00042C51">
            <w:pPr>
              <w:autoSpaceDE w:val="0"/>
              <w:autoSpaceDN w:val="0"/>
              <w:spacing w:before="70" w:after="0" w:line="262" w:lineRule="auto"/>
              <w:ind w:left="72" w:right="576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Благотворительность как нравственный долг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Выдающиеся учёные России.</w:t>
            </w:r>
          </w:p>
          <w:p w:rsidR="00547E44" w:rsidRPr="006668D3" w:rsidRDefault="00042C51">
            <w:pPr>
              <w:autoSpaceDE w:val="0"/>
              <w:autoSpaceDN w:val="0"/>
              <w:spacing w:before="70" w:after="0" w:line="271" w:lineRule="auto"/>
              <w:ind w:left="72" w:right="576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Наука как источник </w:t>
            </w:r>
            <w:r w:rsidRPr="006668D3">
              <w:rPr>
                <w:lang w:val="ru-RU"/>
              </w:rPr>
              <w:br/>
            </w:r>
            <w:r w:rsidRPr="006668D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социального и духовного прогресса общества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100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Моя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профессия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занятие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100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Гражданин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26.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Патриотизм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Защита Родины: подвиг или долг?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Государство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родина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Гражданская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идентичность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занятие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547E44" w:rsidRDefault="00547E4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547E4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Гражданская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идентичность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занятие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Мря школа и мой класс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98" w:after="0" w:line="262" w:lineRule="auto"/>
              <w:ind w:right="720"/>
              <w:jc w:val="center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Моя школа и мой класс (практическое занятие)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Человек: какой он?</w:t>
            </w:r>
          </w:p>
          <w:p w:rsidR="00547E44" w:rsidRPr="006668D3" w:rsidRDefault="00042C51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(практическое занятие)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668D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68D3" w:rsidRPr="006668D3" w:rsidRDefault="006668D3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35.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668D3" w:rsidRPr="006668D3" w:rsidRDefault="006668D3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Повторение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68D3" w:rsidRPr="006668D3" w:rsidRDefault="006668D3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68D3" w:rsidRPr="006668D3" w:rsidRDefault="006668D3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68D3" w:rsidRPr="006668D3" w:rsidRDefault="006668D3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68D3" w:rsidRDefault="006668D3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68D3" w:rsidRDefault="006668D3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47E44">
        <w:trPr>
          <w:trHeight w:hRule="exact" w:val="808"/>
        </w:trPr>
        <w:tc>
          <w:tcPr>
            <w:tcW w:w="3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7E44" w:rsidRPr="006668D3" w:rsidRDefault="00042C51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6668D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042C5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7E44" w:rsidRDefault="00547E44"/>
        </w:tc>
      </w:tr>
    </w:tbl>
    <w:p w:rsidR="00547E44" w:rsidRDefault="00547E44">
      <w:pPr>
        <w:autoSpaceDE w:val="0"/>
        <w:autoSpaceDN w:val="0"/>
        <w:spacing w:after="78" w:line="220" w:lineRule="exact"/>
      </w:pPr>
    </w:p>
    <w:p w:rsidR="00547E44" w:rsidRPr="00040AA3" w:rsidRDefault="00042C51">
      <w:pPr>
        <w:autoSpaceDE w:val="0"/>
        <w:autoSpaceDN w:val="0"/>
        <w:spacing w:after="0" w:line="230" w:lineRule="auto"/>
        <w:rPr>
          <w:lang w:val="ru-RU"/>
        </w:rPr>
      </w:pPr>
      <w:r w:rsidRPr="00040AA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УЧЕБНО-МЕТОДИЧЕСКОЕ ОБЕСПЕЧЕНИЕ ОБРАЗОВАТЕЛЬНОГО ПРОЦЕССА </w:t>
      </w:r>
    </w:p>
    <w:p w:rsidR="00547E44" w:rsidRPr="00040AA3" w:rsidRDefault="00042C51">
      <w:pPr>
        <w:autoSpaceDE w:val="0"/>
        <w:autoSpaceDN w:val="0"/>
        <w:spacing w:before="346" w:after="0" w:line="230" w:lineRule="auto"/>
        <w:rPr>
          <w:lang w:val="ru-RU"/>
        </w:rPr>
      </w:pPr>
      <w:r w:rsidRPr="00040AA3">
        <w:rPr>
          <w:rFonts w:ascii="Times New Roman" w:eastAsia="Times New Roman" w:hAnsi="Times New Roman"/>
          <w:b/>
          <w:color w:val="000000"/>
          <w:sz w:val="24"/>
          <w:lang w:val="ru-RU"/>
        </w:rPr>
        <w:t>ОБЯЗАТЕЛЬНЫЕ УЧЕБНЫЕ МАТЕРИАЛЫ ДЛЯ УЧЕНИКА</w:t>
      </w:r>
    </w:p>
    <w:p w:rsidR="00547E44" w:rsidRPr="006668D3" w:rsidRDefault="00042C51">
      <w:pPr>
        <w:autoSpaceDE w:val="0"/>
        <w:autoSpaceDN w:val="0"/>
        <w:spacing w:before="166" w:after="0" w:line="271" w:lineRule="auto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Виноградова Н.Ф., </w:t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Мариносян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Т.Э., Основы духовно-нравственной культуры народов России, 6 класс. Акционерное общество «Издательство «Просвещение»; 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547E44" w:rsidRPr="006668D3" w:rsidRDefault="00042C51">
      <w:pPr>
        <w:autoSpaceDE w:val="0"/>
        <w:autoSpaceDN w:val="0"/>
        <w:spacing w:before="262" w:after="0" w:line="230" w:lineRule="auto"/>
        <w:rPr>
          <w:lang w:val="ru-RU"/>
        </w:rPr>
      </w:pPr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547E44" w:rsidRPr="006668D3" w:rsidRDefault="00042C51">
      <w:pPr>
        <w:autoSpaceDE w:val="0"/>
        <w:autoSpaceDN w:val="0"/>
        <w:spacing w:before="166" w:after="0" w:line="230" w:lineRule="auto"/>
        <w:jc w:val="center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Виноградова Н.Ф., </w:t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Мариносян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Т.Э., Основы духовно-нравственной культуры народов России, 6 класс.</w:t>
      </w:r>
    </w:p>
    <w:p w:rsidR="00547E44" w:rsidRPr="006668D3" w:rsidRDefault="00042C51">
      <w:pPr>
        <w:autoSpaceDE w:val="0"/>
        <w:autoSpaceDN w:val="0"/>
        <w:spacing w:before="70" w:after="0" w:line="274" w:lineRule="auto"/>
        <w:ind w:right="1152"/>
        <w:rPr>
          <w:lang w:val="ru-RU"/>
        </w:rPr>
      </w:pP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Акционерное общество «Издательство «Просвещение»; </w:t>
      </w:r>
      <w:r w:rsidRPr="006668D3">
        <w:rPr>
          <w:lang w:val="ru-RU"/>
        </w:rPr>
        <w:br/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Примерная рабочая программа основного общего образования предмета «Основы духовно-нравственной культуры народов России»</w:t>
      </w:r>
    </w:p>
    <w:p w:rsidR="00547E44" w:rsidRPr="006668D3" w:rsidRDefault="00042C51">
      <w:pPr>
        <w:autoSpaceDE w:val="0"/>
        <w:autoSpaceDN w:val="0"/>
        <w:spacing w:before="262" w:after="0" w:line="230" w:lineRule="auto"/>
        <w:rPr>
          <w:lang w:val="ru-RU"/>
        </w:rPr>
      </w:pPr>
      <w:r w:rsidRPr="006668D3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547E44" w:rsidRPr="006668D3" w:rsidRDefault="00042C51">
      <w:pPr>
        <w:autoSpaceDE w:val="0"/>
        <w:autoSpaceDN w:val="0"/>
        <w:spacing w:before="166" w:after="0" w:line="271" w:lineRule="auto"/>
        <w:ind w:right="7920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lastRenderedPageBreak/>
        <w:t>http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6668D3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6668D3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portalschool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</w:p>
    <w:p w:rsidR="00547E44" w:rsidRPr="006668D3" w:rsidRDefault="00547E44">
      <w:pPr>
        <w:rPr>
          <w:lang w:val="ru-RU"/>
        </w:rPr>
        <w:sectPr w:rsidR="00547E44" w:rsidRPr="006668D3">
          <w:pgSz w:w="11900" w:h="16840"/>
          <w:pgMar w:top="298" w:right="646" w:bottom="1440" w:left="666" w:header="720" w:footer="720" w:gutter="0"/>
          <w:cols w:space="720" w:equalWidth="0">
            <w:col w:w="10588" w:space="0"/>
          </w:cols>
          <w:docGrid w:linePitch="360"/>
        </w:sectPr>
      </w:pPr>
    </w:p>
    <w:p w:rsidR="00547E44" w:rsidRPr="006668D3" w:rsidRDefault="00547E44">
      <w:pPr>
        <w:autoSpaceDE w:val="0"/>
        <w:autoSpaceDN w:val="0"/>
        <w:spacing w:after="78" w:line="220" w:lineRule="exact"/>
        <w:rPr>
          <w:lang w:val="ru-RU"/>
        </w:rPr>
      </w:pPr>
    </w:p>
    <w:p w:rsidR="00547E44" w:rsidRPr="006668D3" w:rsidRDefault="00547E44">
      <w:pPr>
        <w:rPr>
          <w:lang w:val="ru-RU"/>
        </w:rPr>
        <w:sectPr w:rsidR="00547E44" w:rsidRPr="006668D3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42C51" w:rsidRPr="006668D3" w:rsidRDefault="00042C51">
      <w:pPr>
        <w:rPr>
          <w:lang w:val="ru-RU"/>
        </w:rPr>
      </w:pPr>
    </w:p>
    <w:sectPr w:rsidR="00042C51" w:rsidRPr="006668D3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1146" w:rsidRDefault="00DA1146" w:rsidP="006668D3">
      <w:pPr>
        <w:spacing w:after="0" w:line="240" w:lineRule="auto"/>
      </w:pPr>
      <w:r>
        <w:separator/>
      </w:r>
    </w:p>
  </w:endnote>
  <w:endnote w:type="continuationSeparator" w:id="0">
    <w:p w:rsidR="00DA1146" w:rsidRDefault="00DA1146" w:rsidP="00666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AA3" w:rsidRDefault="00040AA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39692311"/>
      <w:docPartObj>
        <w:docPartGallery w:val="Page Numbers (Bottom of Page)"/>
        <w:docPartUnique/>
      </w:docPartObj>
    </w:sdtPr>
    <w:sdtEndPr/>
    <w:sdtContent>
      <w:p w:rsidR="00040AA3" w:rsidRDefault="00040AA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2B5F" w:rsidRPr="00022B5F">
          <w:rPr>
            <w:noProof/>
            <w:lang w:val="ru-RU"/>
          </w:rPr>
          <w:t>24</w:t>
        </w:r>
        <w:r>
          <w:fldChar w:fldCharType="end"/>
        </w:r>
      </w:p>
    </w:sdtContent>
  </w:sdt>
  <w:p w:rsidR="00040AA3" w:rsidRDefault="00040AA3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AA3" w:rsidRDefault="00040AA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1146" w:rsidRDefault="00DA1146" w:rsidP="006668D3">
      <w:pPr>
        <w:spacing w:after="0" w:line="240" w:lineRule="auto"/>
      </w:pPr>
      <w:r>
        <w:separator/>
      </w:r>
    </w:p>
  </w:footnote>
  <w:footnote w:type="continuationSeparator" w:id="0">
    <w:p w:rsidR="00DA1146" w:rsidRDefault="00DA1146" w:rsidP="006668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AA3" w:rsidRDefault="00040AA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AA3" w:rsidRDefault="00040AA3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AA3" w:rsidRDefault="00040AA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22B5F"/>
    <w:rsid w:val="00034616"/>
    <w:rsid w:val="00040AA3"/>
    <w:rsid w:val="00042C51"/>
    <w:rsid w:val="0006063C"/>
    <w:rsid w:val="0015074B"/>
    <w:rsid w:val="001E0C6E"/>
    <w:rsid w:val="0029639D"/>
    <w:rsid w:val="00326F90"/>
    <w:rsid w:val="00547E44"/>
    <w:rsid w:val="006668D3"/>
    <w:rsid w:val="007A4F44"/>
    <w:rsid w:val="007B5600"/>
    <w:rsid w:val="008446C8"/>
    <w:rsid w:val="00871253"/>
    <w:rsid w:val="00AA1D8D"/>
    <w:rsid w:val="00B47730"/>
    <w:rsid w:val="00CB0664"/>
    <w:rsid w:val="00DA1146"/>
    <w:rsid w:val="00F11A2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DA282D"/>
  <w14:defaultImageDpi w14:val="300"/>
  <w15:docId w15:val="{3A53BA84-8AD1-4392-85A6-BE554DCD1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040A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040A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C57EDA-8B3F-464B-A10C-B89AE3553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7943</Words>
  <Characters>45280</Characters>
  <Application>Microsoft Office Word</Application>
  <DocSecurity>0</DocSecurity>
  <Lines>377</Lines>
  <Paragraphs>106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53117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Zi3</cp:lastModifiedBy>
  <cp:revision>9</cp:revision>
  <cp:lastPrinted>2024-08-25T09:34:00Z</cp:lastPrinted>
  <dcterms:created xsi:type="dcterms:W3CDTF">2022-09-18T10:00:00Z</dcterms:created>
  <dcterms:modified xsi:type="dcterms:W3CDTF">2024-08-26T08:35:00Z</dcterms:modified>
  <cp:category/>
</cp:coreProperties>
</file>